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280"/>
        <w:jc w:val="center"/>
      </w:pPr>
      <w:r>
        <w:rPr>
          <w:rFonts w:ascii="Times New Roman" w:hAnsi="Times New Roman"/>
          <w:b/>
          <w:color w:val="000000"/>
          <w:sz w:val="44"/>
        </w:rPr>
        <w:t>КАЛЕНДАРНО-ТЕМАТИЧЕСКОЕ</w:t>
        <w:br/>
        <w:t>ПЛАНИРОВАНИЕ</w:t>
      </w:r>
    </w:p>
    <w:p>
      <w:pPr>
        <w:spacing w:after="400"/>
        <w:jc w:val="center"/>
      </w:pPr>
      <w:r>
        <w:rPr>
          <w:rFonts w:ascii="Times New Roman" w:hAnsi="Times New Roman"/>
          <w:color w:val="000000"/>
          <w:sz w:val="30"/>
        </w:rPr>
        <w:t>по междисциплинарному курсу</w:t>
        <w:br/>
        <w:t>«Разработка программных модулей»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blHeader w:val="true"/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Специальность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Разработка программного обеспечения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Курс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2 курс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Объём дисциплины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218 аудиторных часов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Количество занятий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109 занятий по 2 академических часа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Теория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34 часа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Практика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184 часа · 84,4%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Основной формат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объяснение и демонстрация + проектная практика + контролируемые инциденты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Итоговый результат</w:t>
            </w:r>
          </w:p>
        </w:tc>
        <w:tc>
          <w:tcPr>
            <w:tcW w:type="dxa" w:w="663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backend baseline release v1.0 и общее production-знакомство всей группы</w:t>
            </w:r>
          </w:p>
        </w:tc>
      </w:tr>
    </w:tbl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2"/>
            <w:shd w:fill="D9D9D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Итоговый результат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Единый backend release: FastAPI/OpenAPI, PostgreSQL, SQLAlchemy, Alembic, JWT/RBAC, Redis, одна надёжная Celery-задача, Docker Compose, CI, логи и health/readiness. Core воспроизводимо работает автономно, а студент понимает назначение и границы payments, RabbitMQ, Prometheus/Grafana, resilience и bulk processing.</w:t>
            </w:r>
          </w:p>
        </w:tc>
      </w:tr>
    </w:tbl>
    <w:p>
      <w:pPr>
        <w:spacing w:after="0"/>
      </w:pPr>
    </w:p>
    <w:p>
      <w:pPr>
        <w:spacing w:before="480"/>
        <w:jc w:val="center"/>
      </w:pPr>
      <w:r>
        <w:rPr>
          <w:rFonts w:ascii="Times New Roman" w:hAnsi="Times New Roman"/>
          <w:b/>
          <w:color w:val="000000"/>
          <w:sz w:val="24"/>
        </w:rPr>
        <w:t>2026</w:t>
      </w:r>
    </w:p>
    <w:p>
      <w:r>
        <w:rPr>
          <w:rFonts w:ascii="Times New Roman" w:hAnsi="Times New Roman"/>
          <w:color w:val="000000"/>
        </w:rPr>
        <w:br w:type="page"/>
      </w: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1. Концепция дисциплины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Дисциплина формирует единый для всей группы backend-базис на Python. Студенты не собирают отдельный несвязанный проект на каждую технологию, а последовательно развивают один сервис общего продукта: от воспроизводимого starter-репозитория и Python bridge до FastAPI, PostgreSQL, аутентификации, Redis, фоновой задачи, Docker Compose, CI и выпуска backend baseline release.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Зависимости от других дисциплин снижены подготовленными активами: frozen OpenAPI, reference backend, mock server, seed users, schema snapshot, recorded responses и автономный Compose-стенд. QA, Android и WPF могут работать по стабильному контракту, а backend-команда получает реальную обратную связь, не блокируя общий учебный процесс.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Разгрузка достигается не сокращением часов и не разделением группы, а ограничением глубины дополнительных production-механизмов. Payments/webhooks, RabbitMQ, Prometheus/Grafana, устойчивость внешнего API и пакетная обработка проходят все студенты на компактных подготовленных лабораториях. Освобождённое время используется для пяти спринтов, review, bug bash, recovery, security и handover.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2"/>
            <w:shd w:fill="D9D9D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Сквозной маршрут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Starter repository и frozen contract → Python bridge и безопасный рефакторинг → архитектура, settings и diagnostics → FastAPI/OpenAPI → SQLAlchemy/Alembic → auth/RBAC → external adapters/webhooks → Redis/Celery → Docker/CI/operations baseline → пять спринтов и стабилизация → общие production-лаборатории → clean deploy и индивидуальная защита.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2"/>
            <w:shd w:fill="D9D9D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Принцип приёмки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Работающий основной сценарий → контролируемый отказ → доказательства в тестах/логах → минимальное исправление → повторная проверка → Pull Request/review → запуск другой командой или из чистого клона → индивидуальное объяснение ограничений.</w:t>
            </w:r>
          </w:p>
        </w:tc>
      </w:tr>
    </w:tbl>
    <w:p>
      <w:pPr>
        <w:spacing w:after="0"/>
      </w:pP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2. Цель и планируемый результат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Цель дисциплины — научить студента проектировать, реализовывать, проверять, развёртывать и сопровождать устойчивый программный модуль на Python, соблюдая контракт, границы архитектуры, целостность данных, безопасность, диагностируемость и воспроизводимый командный процесс.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разворачивает starter repository из чистого клона, фиксирует окружение и работает через Issue → ветка → коммиты → Pull Request → review → merge;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применяет типизацию, dataclass/value objects, Protocol/ABC, dependency injection, async I/O, генераторы, контекстные менеджеры и безопасный рефакторинг в прикладном контексте;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выделяет domain, service, adapter и infrastructure boundaries, хранит конфигурацию отдельно от кода и ведёт структурированные логи с correlation ID;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создаёт FastAPI/OpenAPI API-ядро, Pydantic-схемы, единый формат ошибок, middleware/lifespan, pagination и совместимые изменения контракта;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работает с PostgreSQL через SQLAlchemy, управляет session/transaction, предотвращает N+1 и выполняет Alembic upgrade, data migration, rollback и recovery;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реализует безопасное хранение пароля, access/refresh flow, current user и базовый RBAC с негативными сценариями 401/403 и ownership checks;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изолирует внешний API через adapter, timeout и mock server, принимает подписанный generic webhook и обрабатывает дубли;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использует Redis для одного обоснованного кэш- или служебного сценария и сохраняет работоспособность core при недоступности Redis;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реализует одну Celery-задачу с retry, идемпотентностью, статусом и диагностируемым восстановлением worker;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собирает Dockerfile/Compose, volumes, health/readiness и GitHub Actions quality gate, выполняет clean deploy и handover;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проводит пять проектных спринтов, bug bash, migration/recovery rehearsal, performance measurement и финальный security review;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проходит общие лаборатории по sandbox payments, RabbitMQ, Prometheus/Grafana, timeout/retry/circuit breaker и bulk processing;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индивидуально защищает вклад, объясняет границы baseline и определяет темы, требующие дальнейшего production-углубления.</w:t>
      </w: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3. Организация учебного занятия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Каждая тема рассчитана на 2 академических часа. Для baseline-занятий рекомендуется 15–25 минут объяснения и демонстрации, 50–65 минут самостоятельной или парной реализации и 10–20 минут на негативный сценарий, Pull Request, review и фиксацию evidence. Для проектных и резервных пар вводная часть сокращается до 5–10 минут, а основное время отдаётся инкременту, диагностике и стабилизации.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Каждая пара завершается проверяемым результатом: кодом, тестом, OpenAPI snapshot, миграцией, логом, схемой, ADR, incident report, dashboard, release note или handover-пакетом. Оценивается не количество технологий, а воспроизводимость, корректность контракта, обработанный failure path, история Git и способность объяснить причину и ограничения решения.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Опасные и нестабильные сценарии выполняются только в подготовленной лаборатории: тестовая БД и данные, sandbox-платежи, mock server, локальные контейнеры, учебные токены, управляемые worker/Redis/RabbitMQ и заранее известный путь возврата. Реальные платёжные данные, production-секреты и публичные сервисы с непредсказуемыми ограничениями не используются.</w:t>
      </w:r>
    </w:p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3.1. Базовые технические настройки курса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rPr>
          <w:tblHeader w:val="true"/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Настройка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Принятое решение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Методическое применение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Язык и среда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Python 3.12+; VS Code / PyCharm; uv/pip + venv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Одна зафиксированная версия Python и pinned dependencies; команды запуска описаны в README.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API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FastAPI + Pydantic v2 + версионируемый OpenAPI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Pydantic изучается внутри endpoint и контракта; две–три законченные vertical slices важнее количества routes.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Хранилище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PostgreSQL + SQLAlchemy 2.x + Alembic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Используется starter schema snapshot; ERD/SQL не повторяются, миграции проверяются на копии существующих данных.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Безопасность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Argon2/bcrypt library, JWT access/refresh, базовый RBAC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Криптография не пишется вручную; сложная OAuth/OIDC/session platform не является обязательным результатом.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Redis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Кэш или служебное состояние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Один доказанный сценарий, TTL/invalidation и degraded mode; cluster/persistence не углубляются.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Фоновые задачи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Celery + подготовленный broker/backend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Одна задача с retry/idempotency/status. RabbitMQ рассматривается всей группой в общем расширенном блоке.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Инфраструктура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Dockerfile + Docker Compose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API, PostgreSQL, Redis и worker запускаются воспроизводимо; Kubernetes и облачная платформа не вводятся.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Качество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pytest, Ruff, type checker, GitHub Actions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Быстрый Pull Request gate: lint + type + unit/API smoke + build. Глубокое QA находится в МДК.01.02.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Наблюдаемость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Structured logs, correlation ID, health/readiness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Prometheus/Grafana проходят в общей лаборатории; production monitoring platform не строится.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Интеграции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HTTPX, mock server, generic webhook, sandbox simulators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Сначала воспроизводимый mock/recorded response; живой провайдер не должен блокировать занятие.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Клиентский контракт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Frozen OpenAPI + examples + seed users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QA, Android и WPF работают независимо от student-backend и передают Issues через contract review.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Git-процесс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Issue → branch → commits → Pull Request → review → merge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Git используется на каждой паре; итоговый вклад подтверждается историей репозитория и индивидуальной защитой.</w:t>
            </w:r>
          </w:p>
        </w:tc>
      </w:tr>
    </w:tbl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4. Баланс учебной нагрузки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rPr>
          <w:tblHeader w:val="true"/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Показатель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Доля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Теория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34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15,6%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Практика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184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84,4%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218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  <w:t>100%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4.1. Модель разгрузки без разделения группы</w:t>
      </w:r>
    </w:p>
    <w:p>
      <w:pPr>
        <w:spacing w:after="60" w:line="252" w:lineRule="auto"/>
        <w:ind w:firstLine="454"/>
      </w:pPr>
      <w:r>
        <w:rPr>
          <w:rFonts w:ascii="Times New Roman" w:hAnsi="Times New Roman" w:eastAsia="Times New Roman"/>
          <w:color w:val="000000"/>
          <w:sz w:val="21"/>
        </w:rPr>
        <w:t>Часы дисциплины сохранены полностью. Все студенты проходят одну программу, но обязательная глубина распределена по трём уровням: устойчивый backend baseline, проектная практика/резерв и компактные общие production-лаборатории.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rPr>
          <w:tblHeader w:val="true"/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Уровень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Доля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 — обязательный baseline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146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67,0%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Python/FastAPI, PostgreSQL, auth, Redis, Celery, Docker/CI и operations baseline для каждого студента.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P/R — проект и резерв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52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23,9%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Пять спринтов, review, повторная сдача, bug bash, migration/recovery, performance, security и handover.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 — общее расширение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20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9,2%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Payments/webhooks, RabbitMQ, Prometheus/Grafana, external API resilience и bulk processing для всей группы.</w:t>
            </w:r>
          </w:p>
        </w:tc>
      </w:tr>
    </w:tbl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2"/>
            <w:shd w:fill="D9D9D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Ключевое решение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Все 109 пар являются общей программой. Дополнительные технологии не исключены и не распределены между отдельными командами: каждая проходит на подготовленном стенде за 1–2 пары. Главный результат курса — устойчивый core release, а не пять недоделанных production-подсистем.</w:t>
            </w:r>
          </w:p>
        </w:tc>
      </w:tr>
    </w:tbl>
    <w:p>
      <w:pPr>
        <w:spacing w:after="0"/>
      </w:pP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5. Распределение часов по разделам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1984"/>
        <w:gridCol w:w="1984"/>
      </w:tblGrid>
      <w:tr>
        <w:trPr>
          <w:tblHeader w:val="true"/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№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Раздел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Часы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Пар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Результат раздела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Старт проекта и независимый учебный стенд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Воспроизводимый starter-стенд, frozen OpenAPI, reference/mock окружение и рабочий Git-flow.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Python bridge и рефакторинг существующего кода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16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Типизированный Python-модуль, безопасно отрефакторированный и покрытый прикладными тестами.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3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Архитектура, конфигурация и диагностика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12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6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Модульные границы, DI, конфигурация, секреты, структурированные логи и диагностический runbook.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Pydantic и FastAPI: обязательное API-ядро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Рабочее API-ядро FastAPI/OpenAPI с двумя завершёнными вертикальными функциями и единым error contract.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5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SQLAlchemy и Alembic: persistence baseline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12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PostgreSQL persistence baseline, ORM-модели, транзакции, миграции и восстановление после ошибки.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6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Аутентификация и RBAC baseline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7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Стабильный access/refresh/RBAC-контракт и проверенные негативные security-сценарии.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7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Внешние API и generic webhooks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10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5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Изолированный HTTP-клиент, mock-first интеграция и идемпотентный generic webhook.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Redis: кэш и служебное состояние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Один прикладной Redis-сценарий с TTL, invalidation и управляемым degraded mode.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9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Фоновые задачи: минимально необходимый уровень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4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Одна надёжная Celery-задача с retry, идемпотентностью, статусом и восстановлением worker.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10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Docker, CI и минимальная наблюдаемость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18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9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Воспроизводимый Docker Compose стек, CI quality gate, health/readiness, логи и clean deploy.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11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Проектные спринты, резерв и стабилизация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52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26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Пять инкрементов, bug bash, recovery rehearsal, security review, совместимость и release candidate.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12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Общее production-знакомство и интеграция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20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10</w:t>
            </w:r>
          </w:p>
        </w:tc>
        <w:tc>
          <w:tcPr>
            <w:tcW w:type="dxa" w:w="198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6"/>
              </w:rPr>
              <w:t>Общие практики по payments, RabbitMQ, Prometheus/Grafana, resilience и bulk processing с автономным core.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907" w:right="850" w:bottom="907" w:left="1134" w:header="720" w:footer="720" w:gutter="0"/>
          <w:cols w:space="720"/>
          <w:docGrid w:linePitch="360"/>
        </w:sectPr>
      </w:pP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6. Календарно-тематическое планирование</w:t>
      </w:r>
    </w:p>
    <w:p>
      <w:pPr>
        <w:spacing w:after="60" w:line="252" w:lineRule="auto"/>
      </w:pPr>
      <w:r>
        <w:rPr>
          <w:rFonts w:ascii="Times New Roman" w:hAnsi="Times New Roman" w:eastAsia="Times New Roman"/>
          <w:color w:val="000000"/>
          <w:sz w:val="21"/>
        </w:rPr>
        <w:t>Основная таблица представлена в рабочем формате: что изучается на занятии, что выполняют студенты и какой результат принимается преподавателем. Количество занятий, часы, последовательность тем и техническое содержание исходной программы сохранены.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blHeader w:val="true"/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Вид занятия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изучаем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делают студенты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Результат и контроль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Аудит стартового репозитория и воспроизводимый запуск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Структура репозитория</w:t>
              <w:br/>
              <w:t>• supported Python</w:t>
              <w:br/>
              <w:t>• виртуальное окружение</w:t>
              <w:br/>
              <w:t>• зависимости</w:t>
              <w:br/>
              <w:t>• команды запуска</w:t>
              <w:br/>
              <w:t>• starter code</w:t>
              <w:br/>
              <w:t>• smoke check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Клонировать starter repository, воспроизвести запуск, зарегистрировать проблемы окружения и исправить README.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Рабочий starter repository и preflight report. Проверка артефакта «Рабочий starter repository и preflight report.», основной и отказной сценарий, Pull Request/review и объяснение ограничений. Продолжение: Проверить чистый запуск на другом компьютере или в VM.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Замороженный контракт: домен, OpenAPI, примеры JSON и seed-данные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Contract-first</w:t>
              <w:br/>
              <w:t>• OpenAPI snapshot</w:t>
              <w:br/>
              <w:t>• entity IDs</w:t>
              <w:br/>
              <w:t>• naming</w:t>
              <w:br/>
              <w:t>• example payload</w:t>
              <w:br/>
              <w:t>• seed data</w:t>
              <w:br/>
              <w:t>• mock/reference service</w:t>
              <w:br/>
              <w:t>• version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Изучить frozen-контракт общего продукта, выполнить запросы к reference-backend/mock server и сопоставить сущности.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Contract review и список уточнений без блокировки разработки. Проверка артефакта «Contract review и список уточнений без блокировки разработки.», основной и отказной сценарий, Pull Request/review и объяснение ограничений. Продолжение: Добавить примеры успешного и ошибочного ответа для своего модуля.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Вертикальные функции и backlog без лишнего объёма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User scenario</w:t>
              <w:br/>
              <w:t>• vertical slice</w:t>
              <w:br/>
              <w:t>• baseline scope</w:t>
              <w:br/>
              <w:t>• acceptance criteria</w:t>
              <w:br/>
              <w:t>• dependency</w:t>
              <w:br/>
              <w:t>• risk</w:t>
              <w:br/>
              <w:t>• advanced extension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Разделить модуль на обязательные вертикальные функции и расширения; исключить функции, не влияющие на baseline release.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Backlog baseline/advanced и milestone первой версии. Проверка артефакта «Backlog baseline/advanced и milestone первой версии.», основной и отказной сценарий, Pull Request/review и объяснение ограничений. Продолжение: Провести review объёма другой команды.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Git-flow, Definition of Done и независимые заглушки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Issue</w:t>
              <w:br/>
              <w:t>• feature branch</w:t>
              <w:br/>
              <w:t>• commit</w:t>
              <w:br/>
              <w:t>• Pull Request</w:t>
              <w:br/>
              <w:t>• review</w:t>
              <w:br/>
              <w:t>• DoD</w:t>
              <w:br/>
              <w:t>• mock/fake</w:t>
              <w:br/>
              <w:t>• feature toggle</w:t>
              <w:br/>
              <w:t>• contract freeze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Настроить Issue/PR templates, правила review и заглушки внешних зависимостей, чтобы модуль разрабатывался автономно.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Workflow репозитория, fake adapters и tag project-baseline. Проверка артефакта «Workflow репозитория, fake adapters и tag project-baseline.», основной и отказной сценарий, Pull Request/review и объяснение ограничений. Продолжение: Выполнить пробный PR и исправить замечания.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Структура пакета и типизированный публичный интерфейс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src-layout</w:t>
              <w:br/>
              <w:t>• packages/modules</w:t>
              <w:br/>
              <w:t>• public API</w:t>
              <w:br/>
              <w:t>• imports</w:t>
              <w:br/>
              <w:t>• type hints</w:t>
              <w:br/>
              <w:t>• aliases</w:t>
              <w:br/>
              <w:t>• static checking</w:t>
              <w:br/>
              <w:t>• cyclic dependency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Перевести starter code в пакет, типизировать публичные функции и устранить циклический импорт.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Typed package baseline и import map. Проверка артефакта «Typed package baseline и import map.», основной и отказной сценарий, Pull Request/review и объяснение ограничений. Продолжение: Запустить static checker и объяснить одну найденную ошибку.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dataclass, Enum и value objects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dataclass</w:t>
              <w:br/>
              <w:t>• frozen</w:t>
              <w:br/>
              <w:t>• default_factory</w:t>
              <w:br/>
              <w:t>• Enum/StrEnum concept</w:t>
              <w:br/>
              <w:t>• identity</w:t>
              <w:br/>
              <w:t>• validation</w:t>
              <w:br/>
              <w:t>• equality</w:t>
              <w:br/>
              <w:t>• hash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value objects идентификатора, статуса и контактных данных; покрыть граничными тестами.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Domain value objects и tests. Проверка артефакта «Domain value objects и tests.», основной и отказной сценарий, Pull Request/review и объяснение ограничений. Продолжение: Определить, какие объекты должны быть неизменяемыми.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Доменные ошибки и безопасное управление ресурсами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Custom exception</w:t>
              <w:br/>
              <w:t>• raise from</w:t>
              <w:br/>
              <w:t>• traceback</w:t>
              <w:br/>
              <w:t>• error boundary</w:t>
              <w:br/>
              <w:t>• context manager</w:t>
              <w:br/>
              <w:t>• cleanup</w:t>
              <w:br/>
              <w:t>• temporary resource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иерархию ошибок и контекстный менеджер для ресурса проекта; проверить аварийный сценарий.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Error map и resource manager. Проверка артефакта «Error map и resource manager.», основной и отказной сценарий, Pull Request/review и объяснение ограничений. Продолжение: Связать ошибки с будущими HTTP-ответами.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Protocol, ABC и внедрение зависимостей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Protocol</w:t>
              <w:br/>
              <w:t>• abstract base class</w:t>
              <w:br/>
              <w:t>• contract</w:t>
              <w:br/>
              <w:t>• constructor injection</w:t>
              <w:br/>
              <w:t>• fake implementation</w:t>
              <w:br/>
              <w:t>• composition root concept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Выделить интерфейс repository/notifier и заменить реальную зависимость fake-реализацией.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Component contracts и contract tests. Проверка артефакта «Component contracts и contract tests.», основной и отказной сценарий, Pull Request/review и объяснение ограничений. Продолжение: Обосновать выбор Protocol или ABC.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Асинхронный I/O, timeout и отмена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Coroutine</w:t>
              <w:br/>
              <w:t>• async/await</w:t>
              <w:br/>
              <w:t>• event loop</w:t>
              <w:br/>
              <w:t>• gather</w:t>
              <w:br/>
              <w:t>• timeout</w:t>
              <w:br/>
              <w:t>• cancellation</w:t>
              <w:br/>
              <w:t>• blocking call</w:t>
              <w:br/>
              <w:t>• I/O-bound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Сравнить последовательные и конкурентные mock-запросы; добавить timeout и обработку частичного отказа.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Async service experiment и timing report. Проверка артефакта «Async service experiment и timing report.», основной и отказной сценарий, Pull Request/review и объяснение ограничений. Продолжение: Найти блокирующую операцию и предложить безопасную замену.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Генераторы и потоковый импорт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Iterator</w:t>
              <w:br/>
              <w:t>• generator</w:t>
              <w:br/>
              <w:t>• lazy evaluation</w:t>
              <w:br/>
              <w:t>• one-pass</w:t>
              <w:br/>
              <w:t>• CSV/JSONL</w:t>
              <w:br/>
              <w:t>• chunk</w:t>
              <w:br/>
              <w:t>• malformed row</w:t>
              <w:br/>
              <w:t>• memory use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потоковый импорт seed-данных без загрузки файла целиком и сохранить ошибки отдельных строк.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Streaming importer и memory comparison. Проверка артефакта «Streaming importer и memory comparison.», основной и отказной сценарий, Pull Request/review и объяснение ограничений. Продолжение: Добавить счётчики обработанных и отклонённых записей.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Прикладные декораторы без отдельного мини-курса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Decorator</w:t>
              <w:br/>
              <w:t>• functools.wraps</w:t>
              <w:br/>
              <w:t>• timing</w:t>
              <w:br/>
              <w:t>• audit</w:t>
              <w:br/>
              <w:t>• retry boundary</w:t>
              <w:br/>
              <w:t>• metadata</w:t>
              <w:br/>
              <w:t>• cross-cutting concern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один полезный декоратор для измерения или аудита, не скрывая бизнес-логику.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Reusable decorator и tests. Проверка артефакта «Reusable decorator и tests.», основной и отказной сценарий, Pull Request/review и объяснение ограничений. Продолжение: Удалить декоратор, который ухудшает читаемость, либо обосновать его.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Клиника рефакторинга Python-модуля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Code smells</w:t>
              <w:br/>
              <w:t>• small functions</w:t>
              <w:br/>
              <w:t>• composition</w:t>
              <w:br/>
              <w:t>• test baseline</w:t>
              <w:br/>
              <w:t>• safe refactoring</w:t>
              <w:br/>
              <w:t>• code review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Отрефакторить legacy-фрагмент starter code, сохранить поведение и провести взаимное review.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python-bridge-v1 и refactoring report. Проверка артефакта «Release python-bridge-v1 и refactoring report.», основной и отказной сценарий, Pull Request/review и объяснение ограничений. Продолжение: Исправить замечания и зафиксировать технический долг.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Границы domain, application, infrastructure и presentation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Layer responsibility</w:t>
              <w:br/>
              <w:t>• dependency direction</w:t>
              <w:br/>
              <w:t>• domain/service/repository</w:t>
              <w:br/>
              <w:t>• use case</w:t>
              <w:br/>
              <w:t>• avoiding circular dependencies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Распределить существующий код по слоям и построить package/dependency diagram.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Architecture baseline и package map. Проверка артефакта «Architecture baseline и package map.», основной и отказной сценарий, Pull Request/review и объяснение ограничений. Продолжение: Найти зависимость, направленную против архитектуры.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Repository, service layer и composition root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Repository contract</w:t>
              <w:br/>
              <w:t>• application service</w:t>
              <w:br/>
              <w:t>• transaction boundary concept</w:t>
              <w:br/>
              <w:t>• dependency injection</w:t>
              <w:br/>
              <w:t>• composition root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Собрать вертикальную функцию на fake repository и отдельном сервисе.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Service/repository vertical slice. Проверка артефакта «Service/repository vertical slice.», основной и отказной сценарий, Pull Request/review и объяснение ограничений. Продолжение: Проверить замену инфраструктуры без изменения бизнес-логики.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Конфигурация через environment и Settings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Environment variables</w:t>
              <w:br/>
              <w:t>• local/test configuration</w:t>
              <w:br/>
              <w:t>• Pydantic Settings concept</w:t>
              <w:br/>
              <w:t>• defaults</w:t>
              <w:br/>
              <w:t>• validation</w:t>
              <w:br/>
              <w:t>• twelve-factor baseline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конфигурацию окружений и удалить захардкоженные адреса, пароли и режимы.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Settings module и env.example. Проверка артефакта «Settings module и env.example.», основной и отказной сценарий, Pull Request/review и объяснение ограничений. Продолжение: Проверить запуск с неполной конфигурацией.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Секреты и безопасная локальная разработка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Secret boundary</w:t>
              <w:br/>
              <w:t>• gitignore</w:t>
              <w:br/>
              <w:t>• credentials</w:t>
              <w:br/>
              <w:t>• rotation concept</w:t>
              <w:br/>
              <w:t>• debug configuration</w:t>
              <w:br/>
              <w:t>• least privilege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secret scan репозитория, заменить небезопасные значения и подготовить инструкцию.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Security configuration checklist. Проверка артефакта «Security configuration checklist.», основной и отказной сценарий, Pull Request/review и объяснение ограничений. Продолжение: Смоделировать утечку тестового секрета и процедуру замены.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Структурированные логи, request ID и единая модель ошибок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Logging levels</w:t>
              <w:br/>
              <w:t>• structured fields</w:t>
              <w:br/>
              <w:t>• correlation/request ID</w:t>
              <w:br/>
              <w:t>• domain/infrastructure error</w:t>
              <w:br/>
              <w:t>• safe message</w:t>
              <w:br/>
              <w:t>• traceback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Настроить логи сервисного сценария и связать внутреннюю ошибку с безопасным внешним сообщением.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Logging/error baseline и trace example. Проверка артефакта «Logging/error baseline и trace example.», основной и отказной сценарий, Pull Request/review и объяснение ограничений. Продолжение: Удалить персональные данные и секреты из логов.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Архитектурная клиника и исправление связности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SOLID as review lens</w:t>
              <w:br/>
              <w:t>• coupling/cohesion</w:t>
              <w:br/>
              <w:t>• dependency cycle</w:t>
              <w:br/>
              <w:t>• characterization test</w:t>
              <w:br/>
              <w:t>• ADR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architecture review, исправить одну критическую связность и зафиксировать решение в ADR.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architecture-v1 и ADR. Проверка артефакта «Release architecture-v1 и ADR.», основной и отказной сценарий, Pull Request/review и объяснение ограничений. Продолжение: Обновить диаграмму после изменения.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Pydantic-модели входа и выхода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BaseModel</w:t>
              <w:br/>
              <w:t>• field types</w:t>
              <w:br/>
              <w:t>• required/optional</w:t>
              <w:br/>
              <w:t>• defaults</w:t>
              <w:br/>
              <w:t>• request/response DTO</w:t>
              <w:br/>
              <w:t>• separation from domain model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входные и выходные модели первой вертикальной функции.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API DTO package v1. Проверка артефакта «API DTO package v1.», основной и отказной сценарий, Pull Request/review и объяснение ограничений. Продолжение: Добавить неполный и избыточный payload.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Ограничения полей и пользовательская валидация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Field constraints</w:t>
              <w:br/>
              <w:t>• validators</w:t>
              <w:br/>
              <w:t>• cross-field rule</w:t>
              <w:br/>
              <w:t>• normalization</w:t>
              <w:br/>
              <w:t>• clear validation error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правила данных и проверить негативные/граничные запросы.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Validated schemas и error examples. Проверка артефакта «Validated schemas и error examples.», основной и отказной сценарий, Pull Request/review и объяснение ограничений. Продолжение: Отделить форматную валидацию от бизнес-правила.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FastAPI-приложение, router и первый endpoint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Application</w:t>
              <w:br/>
              <w:t>• APIRouter</w:t>
              <w:br/>
              <w:t>• route</w:t>
              <w:br/>
              <w:t>• async endpoint</w:t>
              <w:br/>
              <w:t>• response model</w:t>
              <w:br/>
              <w:t>• status code</w:t>
              <w:br/>
              <w:t>• dependency boundary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модульный API и первый рабочий endpoint на fake repository.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FastAPI baseline и OpenAPI snapshot. Проверка артефакта «FastAPI baseline и OpenAPI snapshot.», основной и отказной сценарий, Pull Request/review и объяснение ограничений. Продолжение: Проверить endpoint через curl/Bruno/Postman.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Path, query, header и request body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Parameter binding</w:t>
              <w:br/>
              <w:t>• aliases</w:t>
              <w:br/>
              <w:t>• filters</w:t>
              <w:br/>
              <w:t>• headers</w:t>
              <w:br/>
              <w:t>• body</w:t>
              <w:br/>
              <w:t>• validation</w:t>
              <w:br/>
              <w:t>• status semantics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получение, фильтрацию и создание ресурса.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CRUD contract v1. Проверка артефакта «CRUD contract v1.», основной и отказной сценарий, Pull Request/review и объяснение ограничений. Продолжение: Добавить неверный ID и невалидный фильтр.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Dependency Injection в FastAPI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Depends</w:t>
              <w:br/>
              <w:t>• provider</w:t>
              <w:br/>
              <w:t>• service/repository injection</w:t>
              <w:br/>
              <w:t>• per-request resource</w:t>
              <w:br/>
              <w:t>• override in tests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Подключить service/repository через dependencies и заменить fake в тестовом режиме.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Dependency providers и override demo. Проверка артефакта «Dependency providers и override demo.», основной и отказной сценарий, Pull Request/review и объяснение ограничений. Продолжение: Исключить создание repository внутри endpoint.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Exception handlers и единый формат ошибки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HTTPException boundary</w:t>
              <w:br/>
              <w:t>• custom exception handler</w:t>
              <w:br/>
              <w:t>• error code</w:t>
              <w:br/>
              <w:t>• details</w:t>
              <w:br/>
              <w:t>• request ID</w:t>
              <w:br/>
              <w:t>• safe response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Преобразовать доменные ошибки в единый API error format.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Error contract и negative API examples. Проверка артефакта «Error contract и negative API examples.», основной и отказной сценарий, Pull Request/review и объяснение ограничений. Продолжение: Согласовать ошибку с QA и клиентскими командами.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Middleware и жизненный цикл приложения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Middleware</w:t>
              <w:br/>
              <w:t>• request timing</w:t>
              <w:br/>
              <w:t>• correlation ID</w:t>
              <w:br/>
              <w:t>• startup/shutdown</w:t>
              <w:br/>
              <w:t>• lifespan</w:t>
              <w:br/>
              <w:t>• resource initialization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request ID, timing и безопасную инициализацию ресурса.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Middleware/lifespan package. Проверка артефакта «Middleware/lifespan package.», основной и отказной сценарий, Pull Request/review и объяснение ограничений. Продолжение: Проверить cleanup после исключения.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Асинхронные endpoints и отсутствие блокировок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Async I/O</w:t>
              <w:br/>
              <w:t>• blocking library</w:t>
              <w:br/>
              <w:t>• threadpool concept</w:t>
              <w:br/>
              <w:t>• timeout</w:t>
              <w:br/>
              <w:t>• cancellation</w:t>
              <w:br/>
              <w:t>• concurrent request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Найти блокирующий участок и исправить; сравнить поведение под параллельными запросами.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Async endpoint report. Проверка артефакта «Async endpoint report.», основной и отказной сценарий, Pull Request/review и объяснение ограничений. Продолжение: Добавить timeout внешнего вызова.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Pagination, filtering и sorting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Limit/offset or cursor</w:t>
              <w:br/>
              <w:t>• stable ordering</w:t>
              <w:br/>
              <w:t>• filter schema</w:t>
              <w:br/>
              <w:t>• maximum page size</w:t>
              <w:br/>
              <w:t>• invalid combination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постраничный список и фильтры по frozen-контракту.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List endpoint v1 и test matrix. Проверка артефакта «List endpoint v1 и test matrix.», основной и отказной сценарий, Pull Request/review и объяснение ограничений. Продолжение: Проверить пустую страницу и границы page size.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OpenAPI, примеры и документация контракта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OpenAPI metadata</w:t>
              <w:br/>
              <w:t>• examples</w:t>
              <w:br/>
              <w:t>• tags</w:t>
              <w:br/>
              <w:t>• operation ID</w:t>
              <w:br/>
              <w:t>• schema descriptions</w:t>
              <w:br/>
              <w:t>• compatibility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Улучшить документацию endpoint и передать snapshot на contract review.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OpenAPI v1 и review comments. Проверка артефакта «OpenAPI v1 и review comments.», основной и отказной сценарий, Pull Request/review и объяснение ограничений. Продолжение: Исправить неоднозначные названия и примеры.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Версионирование и совместимость API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Breaking/non-breaking change</w:t>
              <w:br/>
              <w:t>• additive field</w:t>
              <w:br/>
              <w:t>• deprecation</w:t>
              <w:br/>
              <w:t>• URL/header version overview</w:t>
              <w:br/>
              <w:t>• changelog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Внести изменение контракта без поломки reference-клиента и оформить changelog.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Compatibility exercise и API changelog. Проверка артефакта «Compatibility exercise и API changelog.», основной и отказной сценарий, Pull Request/review и объяснение ограничений. Продолжение: Подготовить один пример breaking change.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Вертикальный срез API №1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Route → DTO → service → fake repository → response</w:t>
              <w:br/>
              <w:t>• success/error</w:t>
              <w:br/>
              <w:t>• tests</w:t>
              <w:br/>
              <w:t>• review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Собрать первую законченную пользовательскую функцию и провести review.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Vertical slice №1. Проверка артефакта «Vertical slice №1.», основной и отказной сценарий, Pull Request/review и объяснение ограничений. Продолжение: Исправить замечания и обновить OpenAPI.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Вертикальный срез API №2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Second resource/use case</w:t>
              <w:br/>
              <w:t>• shared components</w:t>
              <w:br/>
              <w:t>• avoiding duplication</w:t>
              <w:br/>
              <w:t>• contract reuse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вторую функцию, переиспользуя архитектуру без copy-paste.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Vertical slice №2. Проверка артефакта «Vertical slice №2.», основной и отказной сценарий, Pull Request/review и объяснение ограничений. Продолжение: Выделить повторяемый компонент.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API-клиника: стабилизация baseline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Bug triage</w:t>
              <w:br/>
              <w:t>• validation gap</w:t>
              <w:br/>
              <w:t>• error contract</w:t>
              <w:br/>
              <w:t>• smoke test</w:t>
              <w:br/>
              <w:t>• documentation</w:t>
              <w:br/>
              <w:t>• ready-for-database boundary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bug bash API-ядра, исправить критические дефекты и подготовить замену fake repository.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api-core-v1 и smoke report. Проверка артефакта «Release api-core-v1 и smoke report.», основной и отказной сценарий, Pull Request/review и объяснение ограничений. Продолжение: Подготовить список интеграционных рисков.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Стартовая схема PostgreSQL и контракт данных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Frozen schema snapshot</w:t>
              <w:br/>
              <w:t>• seed database</w:t>
              <w:br/>
              <w:t>• entity IDs</w:t>
              <w:br/>
              <w:t>• constraints</w:t>
              <w:br/>
              <w:t>• source of truth</w:t>
              <w:br/>
              <w:t>• schema contract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t>Развернуть подготовленную PostgreSQL-схему, сопоставить таблицы, идентификаторы и ограничения с доменными моделями и зафиксировать расхождения.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Database preflight и mapping notes. Проверка артефакта «Database preflight и mapping notes.», основной и отказной сценарий, Pull Request/review и объяснение ограничений. Продолжение: Зафиксировать несовпадения как Issues, не блокируя модуль.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Engine, session и declarative mapping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Engine</w:t>
              <w:br/>
              <w:t>• connection pool concept</w:t>
              <w:br/>
              <w:t>• Session</w:t>
              <w:br/>
              <w:t>• declarative base</w:t>
              <w:br/>
              <w:t>• mapped column</w:t>
              <w:br/>
              <w:t>• table mapping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Подключить SQLAlchemy и описать первую сущность по frozen-схеме.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ORM baseline и connection check. Проверка артефакта «ORM baseline и connection check.», основной и отказной сценарий, Pull Request/review и объяснение ограничений. Продолжение: Проверить ошибочную строку подключения.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Типы, ограничения и связи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Primary/foreign key</w:t>
              <w:br/>
              <w:t>• unique/check</w:t>
              <w:br/>
              <w:t>• one-to-many</w:t>
              <w:br/>
              <w:t>• many-to-many</w:t>
              <w:br/>
              <w:t>• cascade concept</w:t>
              <w:br/>
              <w:t>• nullable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Описать связи и ограничения двух–трёх сущностей.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ORM relationships v1. Проверка артефакта «ORM relationships v1.», основной и отказной сценарий, Pull Request/review и объяснение ограничений. Продолжение: Сверить модель с реальными ограничениями БД.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Session boundary и Unit of Work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Transaction scope</w:t>
              <w:br/>
              <w:t>• commit/rollback</w:t>
              <w:br/>
              <w:t>• session per request</w:t>
              <w:br/>
              <w:t>• Unit of Work concept</w:t>
              <w:br/>
              <w:t>• detached object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Организовать единицу работы для сервисного сценария и проверить rollback.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Session/UoW pattern и tests. Проверка артефакта «Session/UoW pattern и tests.», основной и отказной сценарий, Pull Request/review и объяснение ограничений. Продолжение: Смоделировать ошибку после первой записи.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Repository CRUD без утечки ORM в API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Repository implementation</w:t>
              <w:br/>
              <w:t>• add/get/update/delete</w:t>
              <w:br/>
              <w:t>• DTO/domain/ORM mapping</w:t>
              <w:br/>
              <w:t>• not found</w:t>
              <w:br/>
              <w:t>• duplicate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Заменить fake repository реальной реализацией SQLAlchemy.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SQLAlchemy repository v1. Проверка артефакта «SQLAlchemy repository v1.», основной и отказной сценарий, Pull Request/review и объяснение ограничений. Продолжение: Проверить duplicate и not-found.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Запросы, фильтрация и pagination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select</w:t>
              <w:br/>
              <w:t>• where</w:t>
              <w:br/>
              <w:t>• order_by</w:t>
              <w:br/>
              <w:t>• limit/offset</w:t>
              <w:br/>
              <w:t>• count</w:t>
              <w:br/>
              <w:t>• dynamic filters</w:t>
              <w:br/>
              <w:t>• safe composition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Подключить API-фильтры и pagination к SQLAlchemy-запросам.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Query module и tests. Проверка артефакта «Query module и tests.», основной и отказной сценарий, Pull Request/review и объяснение ограничений. Продолжение: Проверить комбинацию нескольких фильтров.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JOIN, eager loading и N+1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Relationship loading</w:t>
              <w:br/>
              <w:t>• selectin/joined load</w:t>
              <w:br/>
              <w:t>• N+1</w:t>
              <w:br/>
              <w:t>• query count</w:t>
              <w:br/>
              <w:t>• serialization boundary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Воспроизвести N+1, измерить число запросов и исправить.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N+1 incident report. Проверка артефакта «N+1 incident report.», основной и отказной сценарий, Pull Request/review и объяснение ограничений. Продолжение: Зафиксировать правило загрузки связей.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Транзакции и конкурентные изменения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Atomicity</w:t>
              <w:br/>
              <w:t>• isolation concept</w:t>
              <w:br/>
              <w:t>• optimistic conflict</w:t>
              <w:br/>
              <w:t>• unique constraint</w:t>
              <w:br/>
              <w:t>• retry boundary</w:t>
              <w:br/>
              <w:t>• idempotent command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бизнес-операцию из нескольких записей и обработать конфликт.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Transactional use case и failure tests. Проверка артефакта «Transactional use case и failure tests.», основной и отказной сценарий, Pull Request/review и объяснение ограничений. Продолжение: Подготовить сценарий повторной отправки команды.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Асинхронный SQLAlchemy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Async engine/session</w:t>
              <w:br/>
              <w:t>• async driver</w:t>
              <w:br/>
              <w:t>• await execute</w:t>
              <w:br/>
              <w:t>• transaction context</w:t>
              <w:br/>
              <w:t>• connection lifecycle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Перевести repository на async-вариант и проверить параллельные запросы.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Async persistence module. Проверка артефакта «Async persistence module.», основной и отказной сценарий, Pull Request/review и объяснение ограничений. Продолжение: Проверить отсутствие общей Session между запросами.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Alembic: базовая история схемы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Migration environment</w:t>
              <w:br/>
              <w:t>• revision</w:t>
              <w:br/>
              <w:t>• upgrade/downgrade</w:t>
              <w:br/>
              <w:t>• autogenerate</w:t>
              <w:br/>
              <w:t>• review generated SQL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проверенную migration для изменения модели.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Alembic baseline и migration review. Проверка артефакта «Alembic baseline и migration review.», основной и отказной сценарий, Pull Request/review и объяснение ограничений. Продолжение: Объяснить, почему autogenerate нельзя принимать без проверки.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Data migration, rollback и командный конфликт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Data transformation</w:t>
              <w:br/>
              <w:t>• expand/contract idea</w:t>
              <w:br/>
              <w:t>• downgrade limitations</w:t>
              <w:br/>
              <w:t>• migration ordering</w:t>
              <w:br/>
              <w:t>• merge conflict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Выполнить изменение с переносом данных и разрешить подготовленный конфликт revisions.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Safe migration и recovery note. Проверка артефакта «Safe migration и recovery note.», основной и отказной сценарий, Pull Request/review и объяснение ограничений. Продолжение: Проверить upgrade на копии seed database.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Persistence-клиника и восстановление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CRUD</w:t>
              <w:br/>
              <w:t>• transaction</w:t>
              <w:br/>
              <w:t>• N+1</w:t>
              <w:br/>
              <w:t>• migration</w:t>
              <w:br/>
              <w:t>• seed</w:t>
              <w:br/>
              <w:t>• backup/recovery</w:t>
              <w:br/>
              <w:t>• smoke integration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интеграционный bug bash слоя данных и восстановить БД после ошибочной migration.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persistence-v1 и recovery report. Проверка артефакта «Release persistence-v1 и recovery report.», основной и отказной сценарий, Pull Request/review и объяснение ограничений. Продолжение: Исправить замечания DBA/преподавателя.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Модель пользователя и безопасное хранение пароля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User identity</w:t>
              <w:br/>
              <w:t>• normalized login/email</w:t>
              <w:br/>
              <w:t>• password hash</w:t>
              <w:br/>
              <w:t>• salt handled by library</w:t>
              <w:br/>
              <w:t>• Argon2/bcrypt</w:t>
              <w:br/>
              <w:t>• no plaintext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пользователя и безопасное хеширование тестовых паролей.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User model и password service. Проверка артефакта «User model и password service.», основной и отказной сценарий, Pull Request/review и объяснение ограничений. Продолжение: Проверить отсутствие паролей в логах и ответах.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Login и access token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Credential verification</w:t>
              <w:br/>
              <w:t>• JWT access token</w:t>
              <w:br/>
              <w:t>• claims</w:t>
              <w:br/>
              <w:t>• expiry</w:t>
              <w:br/>
              <w:t>• signing key</w:t>
              <w:br/>
              <w:t>• authentication error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login и выпуск короткоживущего access token.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Auth endpoint v1 и negative cases. Проверка артефакта «Auth endpoint v1 и negative cases.», основной и отказной сценарий, Pull Request/review и объяснение ограничений. Продолжение: Добавить неверный пароль и истёкший токен.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Refresh, logout и отзыв сессии на базовом уровне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Refresh token</w:t>
              <w:br/>
              <w:t>• rotation concept</w:t>
              <w:br/>
              <w:t>• server-side session record</w:t>
              <w:br/>
              <w:t>• logout/revoke</w:t>
              <w:br/>
              <w:t>• replay risk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простой refresh/logout без сложной распределённой session platform.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Session lifecycle baseline. Проверка артефакта «Session lifecycle baseline.», основной и отказной сценарий, Pull Request/review и объяснение ограничений. Продолжение: Смоделировать повторное использование старого refresh token.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Текущий пользователь и защита endpoint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Authentication dependency</w:t>
              <w:br/>
              <w:t>• bearer token</w:t>
              <w:br/>
              <w:t>• current user</w:t>
              <w:br/>
              <w:t>• 401 vs 403</w:t>
              <w:br/>
              <w:t>• inactive user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Защитить маршруты и передать пользователя в service layer.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Protected endpoints и tests. Проверка артефакта «Protected endpoints и tests.», основной и отказной сценарий, Pull Request/review и объяснение ограничений. Продолжение: Проверить отсутствующий и неверный токен.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Роли и права доступа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Role</w:t>
              <w:br/>
              <w:t>• permission</w:t>
              <w:br/>
              <w:t>• RBAC matrix</w:t>
              <w:br/>
              <w:t>• least privilege</w:t>
              <w:br/>
              <w:t>• ownership check</w:t>
              <w:br/>
              <w:t>• resource-level authorization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матрицу прав и реализовать несколько проверок доступа.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RBAC policy и authorization tests. Проверка артефакта «RBAC policy и authorization tests.», основной и отказной сценарий, Pull Request/review и объяснение ограничений. Продолжение: Добавить попытку доступа к чужому объекту.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Негативные security-сценарии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Token leakage</w:t>
              <w:br/>
              <w:t>• weak secret</w:t>
              <w:br/>
              <w:t>• privilege escalation</w:t>
              <w:br/>
              <w:t>• enumeration</w:t>
              <w:br/>
              <w:t>• rate limit connection</w:t>
              <w:br/>
              <w:t>• safe error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security review auth-flow и исправить критические проблемы.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Auth security checklist и resolved Issues. Проверка артефакта «Auth security checklist и resolved Issues.», основной и отказной сценарий, Pull Request/review и объяснение ограничений. Продолжение: Проверить, не раскрывает ли API наличие пользователя.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Auth-клиника и frozen contract для клиентов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Stable auth endpoints</w:t>
              <w:br/>
              <w:t>• example tokens</w:t>
              <w:br/>
              <w:t>• client contract</w:t>
              <w:br/>
              <w:t>• seed users</w:t>
              <w:br/>
              <w:t>• smoke test</w:t>
              <w:br/>
              <w:t>• documentation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Стабилизировать auth API, подготовить тестовых пользователей и передать frozen snapshot клиентам.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auth-v1 и client auth guide. Проверка артефакта «Release auth-v1 и client auth guide.», основной и отказной сценарий, Pull Request/review и объяснение ограничений. Продолжение: Исправить замечания Android/WPF/QA.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HTTP-клиент, timeout и безопасная конфигурация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Async client</w:t>
              <w:br/>
              <w:t>• base URL</w:t>
              <w:br/>
              <w:t>• headers</w:t>
              <w:br/>
              <w:t>• timeout</w:t>
              <w:br/>
              <w:t>• connection error</w:t>
              <w:br/>
              <w:t>• typed response</w:t>
              <w:br/>
              <w:t>• reusable client lifecycle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клиент подготовленного mock/reference API и обработать основные ошибки.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External client baseline. Проверка артефакта «External client baseline.», основной и отказной сценарий, Pull Request/review и объяснение ограничений. Продолжение: Добавить недоступный сервис и неверный JSON.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Adapter и изоляция внешнего контракта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Adapter</w:t>
              <w:br/>
              <w:t>• external DTO</w:t>
              <w:br/>
              <w:t>• mapping</w:t>
              <w:br/>
              <w:t>• anti-corruption layer</w:t>
              <w:br/>
              <w:t>• fake provider</w:t>
              <w:br/>
              <w:t>• contract drift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Спрятать внешний API за интерфейсом и подключить fake для автономной разработки.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External adapter и contract tests. Проверка артефакта «External adapter и contract tests.», основной и отказной сценарий, Pull Request/review и объяснение ограничений. Продолжение: Смоделировать изменение внешнего поля.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Retry, backoff и идемпотентность на обязательном уровне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Retry only transient failure</w:t>
              <w:br/>
              <w:t>• exponential backoff concept</w:t>
              <w:br/>
              <w:t>• idempotent request</w:t>
              <w:br/>
              <w:t>• timeout budget</w:t>
              <w:br/>
              <w:t>• duplicate risk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ограниченный retry для безопасного запроса и доказать отсутствие дублей.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Resilience baseline и failure matrix. Проверка артефакта «Resilience baseline и failure matrix.», основной и отказной сценарий, Pull Request/review и объяснение ограничений. Продолжение: Определить запрос, который нельзя автоматически повторять.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Generic webhook: приём, подпись и повторная доставка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Webhook endpoint</w:t>
              <w:br/>
              <w:t>• HMAC signature concept</w:t>
              <w:br/>
              <w:t>• event ID</w:t>
              <w:br/>
              <w:t>• duplicate delivery</w:t>
              <w:br/>
              <w:t>• audit log</w:t>
              <w:br/>
              <w:t>• prepared simulator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Принять учебное событие от симулятора, проверить подпись и защититься от повторной обработки.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Generic webhook processor. Проверка артефакта «Generic webhook processor.», основной и отказной сценарий, Pull Request/review и объяснение ограничений. Продолжение: Смоделировать неверную подпись и дубли.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Интеграционная клиника без зависимости от реального провайдера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Mock server</w:t>
              <w:br/>
              <w:t>• recorded responses</w:t>
              <w:br/>
              <w:t>• contract snapshot</w:t>
              <w:br/>
              <w:t>• incident</w:t>
              <w:br/>
              <w:t>• adapter replacement</w:t>
              <w:br/>
              <w:t>• runbook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отказ внешнего сервиса и заменить его fake/mock без остановки разработки.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integrations-v1 и runbook. Проверка артефакта «Release integrations-v1 и runbook.», основной и отказной сценарий, Pull Request/review и объяснение ограничений. Продолжение: Исправить замечания contract review.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Ключи, структуры данных и TTL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Key naming</w:t>
              <w:br/>
              <w:t>• string/hash/set</w:t>
              <w:br/>
              <w:t>• TTL</w:t>
              <w:br/>
              <w:t>• serialization</w:t>
              <w:br/>
              <w:t>• namespace</w:t>
              <w:br/>
              <w:t>• connection</w:t>
              <w:br/>
              <w:t>• cleanup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Подключить Redis и создать безопасную схему ключей для одного сценария.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 key map и connection check. Проверка артефакта «Redis key map и connection check.», основной и отказной сценарий, Pull Request/review и объяснение ограничений. Продолжение: Добавить TTL и проверить автоматическое удаление.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Cache-aside и инвалидация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Cache miss/hit</w:t>
              <w:br/>
              <w:t>• source of truth</w:t>
              <w:br/>
              <w:t>• cache-aside</w:t>
              <w:br/>
              <w:t>• invalidation</w:t>
              <w:br/>
              <w:t>• stale value</w:t>
              <w:br/>
              <w:t>• stampede concept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Закэшировать чтение и корректно инвалидировать данные после изменения.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Cache-aside implementation и tests. Проверка артефакта «Cache-aside implementation и tests.», основной и отказной сценарий, Pull Request/review и объяснение ограничений. Продолжение: Смоделировать устаревшее значение.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Одноразовый код подтверждения в Redis: TTL и повторная проверка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t>• одноразовый код / token</w:t>
              <w:br/>
              <w:t>• TTL и истечение</w:t>
              <w:br/>
              <w:t>• атомарная запись и проверка</w:t>
              <w:br/>
              <w:t>• защита от повторного использования</w:t>
              <w:br/>
              <w:t>• неверный код</w:t>
              <w:br/>
              <w:t>• failure mode при недоступности Redis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t>Реализовать одноразовый код подтверждения: создать код с TTL, проверить корректный, неверный и истёкший код и запретить повторное использование.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t>Redis confirmation-code feature и tests. Проверка основного сценария, неверного и истёкшего кода, повторного использования, Pull Request/review и объяснение ограничений. Продолжение: проверить поведение при недоступности Redis.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Redis-инцидент и деградация без падения продукта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Redis outage</w:t>
              <w:br/>
              <w:t>• fallback</w:t>
              <w:br/>
              <w:t>• cache bypass</w:t>
              <w:br/>
              <w:t>• safe failure</w:t>
              <w:br/>
              <w:t>• timeout</w:t>
              <w:br/>
              <w:t>• reconnect</w:t>
              <w:br/>
              <w:t>• observability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Остановить Redis, проверить деградированный режим и восстановить сервис.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redis-baseline и incident report. Проверка артефакта «Release redis-baseline и incident report.», основной и отказной сценарий, Pull Request/review и объяснение ограничений. Продолжение: Описать, какие функции должны работать без Redis.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Когда нужна фоновая задача, а когда достаточно обычного endpoint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Short background work</w:t>
              <w:br/>
              <w:t>• durable queue</w:t>
              <w:br/>
              <w:t>• user response time</w:t>
              <w:br/>
              <w:t>• failure tolerance</w:t>
              <w:br/>
              <w:t>• sync vs async decision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Классифицировать операции проекта и выбрать одну реальную фоновую задачу.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Background decision matrix. Проверка артефакта «Background decision matrix.», основной и отказной сценарий, Pull Request/review и объяснение ограничений. Продолжение: Убрать одну необоснованную очередь.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Celery с Redis broker: producer, worker и task lifecycle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Task</w:t>
              <w:br/>
              <w:t>• producer</w:t>
              <w:br/>
              <w:t>• broker</w:t>
              <w:br/>
              <w:t>• worker</w:t>
              <w:br/>
              <w:t>• result/status baseline</w:t>
              <w:br/>
              <w:t>• serialization</w:t>
              <w:br/>
              <w:t>• separate process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Поднять один worker и выполнить задачу обработки уведомления/импорта.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Celery baseline и worker runbook. Проверка артефакта «Celery baseline и worker runbook.», основной и отказной сценарий, Pull Request/review и объяснение ограничений. Продолжение: Проверить повторный запуск worker.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Retry, идемпотентность и состояние задачи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Retry</w:t>
              <w:br/>
              <w:t>• backoff</w:t>
              <w:br/>
              <w:t>• task ID</w:t>
              <w:br/>
              <w:t>• idempotency key</w:t>
              <w:br/>
              <w:t>• queued/processing/done/failed</w:t>
              <w:br/>
              <w:t>• duplicate execution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повтор временной ошибки и защиту от повторного результата.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Reliable task baseline и tests. Проверка артефакта «Reliable task baseline и tests.», основной и отказной сценарий, Pull Request/review и объяснение ограничений. Продолжение: Смоделировать падение во время обработки.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Worker-инцидент и восстановление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Worker unavailable</w:t>
              <w:br/>
              <w:t>• broker timeout</w:t>
              <w:br/>
              <w:t>• stuck task</w:t>
              <w:br/>
              <w:t>• retry limit</w:t>
              <w:br/>
              <w:t>• manual recovery</w:t>
              <w:br/>
              <w:t>• logs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Остановить worker, диагностировать накопление задач и восстановить обработку.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background-baseline и incident report. Проверка артефакта «Release background-baseline и incident report.», основной и отказной сценарий, Pull Request/review и объяснение ограничений. Продолжение: RabbitMQ, routing и восстановление worker будут рассмотрены всей группой в общем расширенном блоке.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Dockerfile и воспроизводимая сборка API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Image</w:t>
              <w:br/>
              <w:t>• container</w:t>
              <w:br/>
              <w:t>• base image</w:t>
              <w:br/>
              <w:t>• workdir</w:t>
              <w:br/>
              <w:t>• dependency install</w:t>
              <w:br/>
              <w:t>• command</w:t>
              <w:br/>
              <w:t>• non-root concept</w:t>
              <w:br/>
              <w:t>• reproducible build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Dockerfile API и проверить чистую сборку.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API image baseline. Проверка артефакта «API image baseline.», основной и отказной сценарий, Pull Request/review и объяснение ограничений. Продолжение: Уменьшить образ без усложнения multi-stage.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Слои, .dockerignore и безопасный контекст сборки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Layer cache</w:t>
              <w:br/>
              <w:t>• order</w:t>
              <w:br/>
              <w:t>• build context</w:t>
              <w:br/>
              <w:t>• dockerignore</w:t>
              <w:br/>
              <w:t>• secret leakage</w:t>
              <w:br/>
              <w:t>• immutable image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Оптимизировать слои и исключить лишние/чувствительные файлы.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Reviewed Dockerfile и image size report. Проверка артефакта «Reviewed Dockerfile и image size report.», основной и отказной сценарий, Pull Request/review и объяснение ограничений. Продолжение: Проверить содержимое build context.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Docker Compose: API, PostgreSQL, Redis и worker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Services</w:t>
              <w:br/>
              <w:t>• network</w:t>
              <w:br/>
              <w:t>• port</w:t>
              <w:br/>
              <w:t>• environment</w:t>
              <w:br/>
              <w:t>• dependency</w:t>
              <w:br/>
              <w:t>• named volume</w:t>
              <w:br/>
              <w:t>• service name DNS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Собрать воспроизводимый стек без ручной установки сервисов.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compose.yaml baseline. Проверка артефакта «compose.yaml baseline.», основной и отказной сценарий, Pull Request/review и объяснение ограничений. Продолжение: Проверить запуск на другой машине.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Volumes, конфигурация и секреты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Persistent volume</w:t>
              <w:br/>
              <w:t>• bind mount</w:t>
              <w:br/>
              <w:t>• env file</w:t>
              <w:br/>
              <w:t>• configuration override</w:t>
              <w:br/>
              <w:t>• development vs test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Настроить данные БД, test configuration и безопасную передачу параметров.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Compose profiles/config guide. Проверка артефакта «Compose profiles/config guide.», основной и отказной сценарий, Pull Request/review и объяснение ограничений. Продолжение: Удалить секреты из compose-файла.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Healthcheck, startup order и готовность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Process started vs ready</w:t>
              <w:br/>
              <w:t>• healthcheck</w:t>
              <w:br/>
              <w:t>• dependency condition concept</w:t>
              <w:br/>
              <w:t>• retry at client</w:t>
              <w:br/>
              <w:t>• graceful shutdown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healthchecks и устранить гонку запуска API/БД.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Healthy stack и startup incident report. Проверка артефакта «Healthy stack и startup incident report.», основной и отказной сценарий, Pull Request/review и объяснение ограничений. Продолжение: Проверить рестарт одного сервиса.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CI: lint, type check и unit tests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Workflow trigger</w:t>
              <w:br/>
              <w:t>• job</w:t>
              <w:br/>
              <w:t>• step</w:t>
              <w:br/>
              <w:t>• cache</w:t>
              <w:br/>
              <w:t>• Ruff</w:t>
              <w:br/>
              <w:t>• type checker</w:t>
              <w:br/>
              <w:t>• pytest</w:t>
              <w:br/>
              <w:t>• fail fast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Создать обязательный Pull Request quality gate.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 baseline и badge. Проверка артефакта «CI baseline и badge.», основной и отказной сценарий, Pull Request/review и объяснение ограничений. Продолжение: Исправить pipeline failure из подготовленного commit.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CI: integration smoke и сборка образа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Service container/Compose in CI</w:t>
              <w:br/>
              <w:t>• smoke endpoint</w:t>
              <w:br/>
              <w:t>• build image</w:t>
              <w:br/>
              <w:t>• artifact/tag concept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короткий integration smoke и сборку образа после успешных проверок.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Build pipeline и release artifact. Проверка артефакта «Build pipeline и release artifact.», основной и отказной сценарий, Pull Request/review и объяснение ограничений. Продолжение: Не включать долгие E2E в каждый commit.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Логи, health/readiness и базовые метрики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 — обязательный baseline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Structured logs</w:t>
              <w:br/>
              <w:t>• health/readiness</w:t>
              <w:br/>
              <w:t>• request count/duration</w:t>
              <w:br/>
              <w:t>• error count</w:t>
              <w:br/>
              <w:t>• no full monitoring platform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минимальный набор диагностики, достаточный для учебного инцидента.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Operations baseline и dashboard-free report. Проверка артефакта «Operations baseline и dashboard-free report.», основной и отказной сценарий, Pull Request/review и объяснение ограничений. Продолжение: Prometheus и Grafana будут рассмотрены всей группой на подготовленном учебном стенде.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Preflight и независимое развёртывание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Checklist</w:t>
              <w:br/>
              <w:t>• pinned dependencies</w:t>
              <w:br/>
              <w:t>• images</w:t>
              <w:br/>
              <w:t>• migrations</w:t>
              <w:br/>
              <w:t>• seed data</w:t>
              <w:br/>
              <w:t>• smoke test</w:t>
              <w:br/>
              <w:t>• rollback note</w:t>
              <w:br/>
              <w:t>• handover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Развернуть стек из чистого клона другой командой и устранить все блокирующие проблемы.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Release platform-baseline и preflight checklist. Проверка артефакта «Release platform-baseline и preflight checklist.», основной и отказной сценарий, Pull Request/review и объяснение ограничений. Продолжение: Подготовить систему к проектным спринтам.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планирование основной пользовательской функции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Sprint goal</w:t>
              <w:br/>
              <w:t>• vertical slice</w:t>
              <w:br/>
              <w:t>• frozen contract</w:t>
              <w:br/>
              <w:t>• acceptance criteria</w:t>
              <w:br/>
              <w:t>• ownership</w:t>
              <w:br/>
              <w:t>• risk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Выбрать ключевой сценарий baseline release, декомпозировать и распределить работу.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1 backlog и branch plan. Проверка артефакта «Sprint 1 backlog и branch plan.», основной и отказной сценарий, Pull Request/review и объяснение ограничений. Продолжение: Подготовить данные и mock-зависимости.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реализация domain/service/API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Domain rule</w:t>
              <w:br/>
              <w:t>• service</w:t>
              <w:br/>
              <w:t>• endpoint</w:t>
              <w:br/>
              <w:t>• DTO</w:t>
              <w:br/>
              <w:t>• fake or repository</w:t>
              <w:br/>
              <w:t>• small commits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основную функцию вертикальным срезом.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Feature implementation v1. Проверка артефакта «Feature implementation v1.», основной и отказной сценарий, Pull Request/review и объяснение ограничений. Продолжение: Подготовить негативные сценарии.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проверки и Pull Request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Unit/API smoke</w:t>
              <w:br/>
              <w:t>• review checklist</w:t>
              <w:br/>
              <w:t>• traceability</w:t>
              <w:br/>
              <w:t>• regression</w:t>
              <w:br/>
              <w:t>• documentation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проверки, открыть PR и исправить замечания.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Approved PR и test evidence. Проверка артефакта «Approved PR и test evidence.», основной и отказной сценарий, Pull Request/review и объяснение ограничений. Продолжение: Подготовить демонстрацию.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демонстрация и ретроспектива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Demo</w:t>
              <w:br/>
              <w:t>• feedback</w:t>
              <w:br/>
              <w:t>• definition of done</w:t>
              <w:br/>
              <w:t>• retrospective</w:t>
              <w:br/>
              <w:t>• technical debt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Показать функцию и скорректировать backlog.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1 increment и retrospective. Проверка артефакта «Sprint 1 increment и retrospective.», основной и отказной сценарий, Pull Request/review и объяснение ограничений. Продолжение: Выбрать улучшение процесса.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планирование persistence-сценария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Database contract</w:t>
              <w:br/>
              <w:t>• migration need</w:t>
              <w:br/>
              <w:t>• transaction</w:t>
              <w:br/>
              <w:t>• seed data</w:t>
              <w:br/>
              <w:t>• integration risk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Спланировать функцию, требующую PostgreSQL и миграции.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2 persistence plan. Проверка артефакта «Sprint 2 persistence plan.», основной и отказной сценарий, Pull Request/review и объяснение ограничений. Продолжение: Подготовить копию БД для экспериментов.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ORM и транзакционная реализация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Repository</w:t>
              <w:br/>
              <w:t>• query</w:t>
              <w:br/>
              <w:t>• transaction</w:t>
              <w:br/>
              <w:t>• validation</w:t>
              <w:br/>
              <w:t>• conflict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persistence-сценарий и обработать конфликт.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Persistence feature v1. Проверка артефакта «Persistence feature v1.», основной и отказной сценарий, Pull Request/review и объяснение ограничений. Продолжение: Проверить rollback.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миграция и данные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Alembic revision</w:t>
              <w:br/>
              <w:t>• data migration</w:t>
              <w:br/>
              <w:t>• upgrade test</w:t>
              <w:br/>
              <w:t>• seed</w:t>
              <w:br/>
              <w:t>• compatibility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Выполнить изменение схемы и прогнать на копии данных.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Reviewed migration и seed update. Проверка артефакта «Reviewed migration и seed update.», основной и отказной сценарий, Pull Request/review и объяснение ограничений. Продолжение: Подготовить recovery steps.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review и демонстрация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Integration tests</w:t>
              <w:br/>
              <w:t>• N+1 check</w:t>
              <w:br/>
              <w:t>• migration review</w:t>
              <w:br/>
              <w:t>• demo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review слоя данных и выпустить increment.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2 increment. Проверка артефакта «Sprint 2 increment.», основной и отказной сценарий, Pull Request/review и объяснение ограничений. Продолжение: Зафиксировать performance risk.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планирование защищённой функции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User role</w:t>
              <w:br/>
              <w:t>• permission</w:t>
              <w:br/>
              <w:t>• auth contract</w:t>
              <w:br/>
              <w:t>• threat</w:t>
              <w:br/>
              <w:t>• negative test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Выбрать функцию с RBAC и сформировать security acceptance criteria.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3 security plan. Проверка артефакта «Sprint 3 security plan.», основной и отказной сценарий, Pull Request/review и объяснение ограничений. Продолжение: Подготовить тестовых пользователей и роли.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реализация auth/RBAC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Current user</w:t>
              <w:br/>
              <w:t>• authorization</w:t>
              <w:br/>
              <w:t>• ownership</w:t>
              <w:br/>
              <w:t>• token/session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защищённый сценарий.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Protected feature v1. Проверка артефакта «Protected feature v1.», основной и отказной сценарий, Pull Request/review и объяснение ограничений. Продолжение: Проверить минимальные права.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негативные security-сценарии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401/403</w:t>
              <w:br/>
              <w:t>• privilege escalation</w:t>
              <w:br/>
              <w:t>• token replay</w:t>
              <w:br/>
              <w:t>• enumeration</w:t>
              <w:br/>
              <w:t>• safe errors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Выполнить security test session и исправить дефекты.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Security evidence и resolved Issues. Проверка артефакта «Security evidence и resolved Issues.», основной и отказной сценарий, Pull Request/review и объяснение ограничений. Продолжение: Провести peer security review.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contract freeze и демонстрация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Auth OpenAPI</w:t>
              <w:br/>
              <w:t>• seed accounts</w:t>
              <w:br/>
              <w:t>• client guide</w:t>
              <w:br/>
              <w:t>• compatibility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Передать стабильный auth-контракт клиентским и QA-командам.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3 increment и auth snapshot. Проверка артефакта «Sprint 3 increment и auth snapshot.», основной и отказной сценарий, Pull Request/review и объяснение ограничений. Продолжение: Исправить замечания клиентов.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выбор одной инфраструктурной функции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Cache or background task</w:t>
              <w:br/>
              <w:t>• measurable benefit</w:t>
              <w:br/>
              <w:t>• failure mode</w:t>
              <w:br/>
              <w:t>• no technology for technology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Выбрать только одну полезную функцию Redis/Celery для продукта.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4 infrastructure decision. Проверка артефакта «Sprint 4 infrastructure decision.», основной и отказной сценарий, Pull Request/review и объяснение ограничений. Продолжение: Определить поведение без инфраструктурного сервиса.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реализация кэша или служебного состояния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Cache-aside/TTL/rate limit</w:t>
              <w:br/>
              <w:t>• invalidation</w:t>
              <w:br/>
              <w:t>• fallback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Реализовать выбранный Redis-сценарий.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 feature increment. Проверка артефакта «Redis feature increment.», основной и отказной сценарий, Pull Request/review и объяснение ограничений. Продолжение: Проверить stale/outage.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реализация фоновой задачи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Task lifecycle</w:t>
              <w:br/>
              <w:t>• retry</w:t>
              <w:br/>
              <w:t>• idempotency</w:t>
              <w:br/>
              <w:t>• status</w:t>
              <w:br/>
              <w:t>• logs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одну реальную фоновую операцию.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Background feature increment. Проверка артефакта «Background feature increment.», основной и отказной сценарий, Pull Request/review и объяснение ограничений. Продолжение: Проверить duplicate execution.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инцидент и review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Redis/worker outage</w:t>
              <w:br/>
              <w:t>• recovery</w:t>
              <w:br/>
              <w:t>• runbook</w:t>
              <w:br/>
              <w:t>• demo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отказ инфраструктуры и восстановить сервис.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4 increment и incident report. Проверка артефакта «Sprint 4 increment и incident report.», основной и отказной сценарий, Pull Request/review и объяснение ограничений. Продолжение: Упростить решение, если оно не оправдало сложность.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синхронизация с frozen-контрактом клиентов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OpenAPI diff</w:t>
              <w:br/>
              <w:t>• mock/reference backend</w:t>
              <w:br/>
              <w:t>• compatibility</w:t>
              <w:br/>
              <w:t>• contract ownership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Сравнить student-backend с frozen snapshot и устранить несовместимости.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Contract compatibility report. Проверка артефакта «Contract compatibility report.», основной и отказной сценарий, Pull Request/review и объяснение ограничений. Продолжение: Не блокировать клиентов новыми необязательными функциями.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обратная связь Android/WPF/QA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Client issue</w:t>
              <w:br/>
              <w:t>• reproduction</w:t>
              <w:br/>
              <w:t>• severity</w:t>
              <w:br/>
              <w:t>• contract clarification</w:t>
              <w:br/>
              <w:t>• backward compatibility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Обработать реальные или подготовленные Issues клиентских команд.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Resolved client Issues. Проверка артефакта «Resolved client Issues.», основной и отказной сценарий, Pull Request/review и объяснение ограничений. Продолжение: Обновить examples и changelog.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integration smoke и seed environment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Seed users/data</w:t>
              <w:br/>
              <w:t>• smoke scenarios</w:t>
              <w:br/>
              <w:t>• independent test stack</w:t>
              <w:br/>
              <w:t>• reset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Подготовить стабильный стенд и короткий набор smoke-проверок.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Reference-like student environment. Проверка артефакта «Reference-like student environment.», основной и отказной сценарий, Pull Request/review и объяснение ограничений. Продолжение: Проверить reset данных.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демонстрация совместимости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 — проектная практика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Contract demo</w:t>
              <w:br/>
              <w:t>• API client</w:t>
              <w:br/>
              <w:t>• failure response</w:t>
              <w:br/>
              <w:t>• version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Продемонстрировать работу подготовленного клиента без доступа к внутреннему коду.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Sprint 5 increment и compatibility sign-off. Проверка артефакта «Sprint 5 increment и compatibility sign-off.», основной и отказной сценарий, Pull Request/review и объяснение ограничений. Продолжение: Зафиксировать ограничения версии.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triage и план стабилизации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 — резерв и стабилизация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Severity</w:t>
              <w:br/>
              <w:t>• priority</w:t>
              <w:br/>
              <w:t>• regression risk</w:t>
              <w:br/>
              <w:t>• technical debt</w:t>
              <w:br/>
              <w:t>• release blocker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Собрать единый backlog дефектов и определить блокирующие проблемы.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Stabilization board. Проверка артефакта «Stabilization board.», основной и отказной сценарий, Pull Request/review и объяснение ограничений. Продолжение: Подготовить владельцев исправлений.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командный bug bash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 — резерв и стабилизация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Exploratory testing</w:t>
              <w:br/>
              <w:t>• API/DB/auth/cache/background</w:t>
              <w:br/>
              <w:t>• evidence</w:t>
              <w:br/>
              <w:t>• reproduction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bug bash и зарегистрировать воспроизводимые дефекты.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Bug bash report. Проверка артефакта «Bug bash report.», основной и отказной сценарий, Pull Request/review и объяснение ограничений. Продолжение: Исправить критические дефекты.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миграции, seed и восстановление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 — резерв и стабилизация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Fresh DB</w:t>
              <w:br/>
              <w:t>• upgrade existing DB</w:t>
              <w:br/>
              <w:t>• failed migration</w:t>
              <w:br/>
              <w:t>• backup/restore</w:t>
              <w:br/>
              <w:t>• seed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Прогнать clean install и recovery rehearsal.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Database release rehearsal. Проверка артефакта «Database release rehearsal.», основной и отказной сценарий, Pull Request/review и объяснение ограничений. Продолжение: Обновить runbook.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измерение и устранение одного узкого места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 — резерв и стабилизация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Baseline measurement</w:t>
              <w:br/>
              <w:t>• slow query</w:t>
              <w:br/>
              <w:t>• blocking I/O</w:t>
              <w:br/>
              <w:t>• cache value</w:t>
              <w:br/>
              <w:t>• before/after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Измерить один реальный bottleneck и выполнить только доказанное улучшение.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Performance before/after report. Проверка артефакта «Performance before/after report.», основной и отказной сценарий, Pull Request/review и объяснение ограничений. Продолжение: Не добавлять оптимизацию без измерений.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security и secrets review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 — резерв и стабилизация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Dependency scan concept</w:t>
              <w:br/>
              <w:t>• secrets</w:t>
              <w:br/>
              <w:t>• permissions</w:t>
              <w:br/>
              <w:t>• auth</w:t>
              <w:br/>
              <w:t>• logs</w:t>
              <w:br/>
              <w:t>• unsafe configuration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Провести финальный security checklist и исправить блокеры.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Security sign-off. Проверка артефакта «Security sign-off.», основной и отказной сценарий, Pull Request/review и объяснение ограничений. Продолжение: Проверить release-конфигурацию.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документация, handover и baseline release candidate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 — резерв и стабилизация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README</w:t>
              <w:br/>
              <w:t>• OpenAPI</w:t>
              <w:br/>
              <w:t>• env</w:t>
              <w:br/>
              <w:t>• migrations</w:t>
              <w:br/>
              <w:t>• seed</w:t>
              <w:br/>
              <w:t>• operations</w:t>
              <w:br/>
              <w:t>• known issues</w:t>
              <w:br/>
              <w:t>• release notes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Передать проект другой команде и добиться самостоятельного развёртывания.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Backend release candidate и handover checklist. Проверка артефакта «Backend release candidate и handover checklist.», основной и отказной сценарий, Pull Request/review и объяснение ограничений. Продолжение: Исправить проблемы воспроизводимости.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100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платёжный сценарий в sandbox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Payment intent</w:t>
              <w:br/>
              <w:t>• sandbox</w:t>
              <w:br/>
              <w:t>• create/confirm/cancel</w:t>
              <w:br/>
              <w:t>• internal status</w:t>
              <w:br/>
              <w:t>• external status</w:t>
              <w:br/>
              <w:t>• тестовые данные</w:t>
              <w:br/>
              <w:t>• запрет реальных платежей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На подготовленном симуляторе пройти создание, подтверждение и отмену операции; сопоставить внешние и внутренние статусы.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Sandbox payment flow и таблица статусов. Проверка артефакта «Sandbox payment flow и таблица статусов.», основной и отказной сценарий, Pull Request/review и объяснение ограничений. Продолжение: Подготовить негативный сценарий отменённой или неуспешной операции.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101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подписанный webhook, дубли и reconciliation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Webhook signature</w:t>
              <w:br/>
              <w:t>• event ID</w:t>
              <w:br/>
              <w:t>• duplicate delivery</w:t>
              <w:br/>
              <w:t>• idempotency</w:t>
              <w:br/>
              <w:t>• ordering</w:t>
              <w:br/>
              <w:t>• audit log</w:t>
              <w:br/>
              <w:t>• reconciliation concept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Принять подписанное событие симулятора, повторить его несколько раз и выполнить сверку локального статуса.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Idempotent webhook processor и reconciliation report. Проверка артефакта «Idempotent webhook processor и reconciliation report.», основной и отказной сценарий, Pull Request/review и объяснение ограничений. Продолжение: Смоделировать событие с неверной подписью и событие, пришедшее не по порядку.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102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RabbitMQ — exchange, queue и routing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Message broker</w:t>
              <w:br/>
              <w:t>• producer/consumer</w:t>
              <w:br/>
              <w:t>• exchange</w:t>
              <w:br/>
              <w:t>• queue</w:t>
              <w:br/>
              <w:t>• routing key</w:t>
              <w:br/>
              <w:t>• binding</w:t>
              <w:br/>
              <w:t>• acknowledgement</w:t>
              <w:br/>
              <w:t>• отличие RabbitMQ от Redis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Запустить подготовленный RabbitMQ-стенд, отправить сообщения через exchange и проверить маршрутизацию в несколько очередей.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RabbitMQ routing lab и схема обмена. Проверка артефакта «RabbitMQ routing lab и схема обмена.», основной и отказной сценарий, Pull Request/review и объяснение ограничений. Продолжение: Объяснить выбор Redis или RabbitMQ для трёх сценариев.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103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Celery с RabbitMQ — retry и восстановление worker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Celery broker switch</w:t>
              <w:br/>
              <w:t>• acknowledgement</w:t>
              <w:br/>
              <w:t>• retry</w:t>
              <w:br/>
              <w:t>• prefetch concept</w:t>
              <w:br/>
              <w:t>• dead-letter overview</w:t>
              <w:br/>
              <w:t>• worker loss</w:t>
              <w:br/>
              <w:t>• duplicate execution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Переключить учебную задачу на RabbitMQ, остановить worker, восстановить обработку и проверить идемпотентность.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RabbitMQ worker incident report. Проверка артефакта «RabbitMQ worker incident report.», основной и отказной сценарий, Pull Request/review и объяснение ограничений. Продолжение: Зафиксировать настройки, которые нужны только production-углублению.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104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Prometheus — технические и прикладные метрики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Counter</w:t>
              <w:br/>
              <w:t>• gauge</w:t>
              <w:br/>
              <w:t>• histogram</w:t>
              <w:br/>
              <w:t>• request count</w:t>
              <w:br/>
              <w:t>• duration</w:t>
              <w:br/>
              <w:t>• error rate</w:t>
              <w:br/>
              <w:t>• business metric</w:t>
              <w:br/>
              <w:t>• cardinality risk</w:t>
              <w:br/>
              <w:t>• /metrics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Добавить минимальный endpoint метрик и снять показатели нескольких запросов и одной фоновой задачи.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Prometheus metrics lab. Проверка артефакта «Prometheus metrics lab.», основной и отказной сценарий, Pull Request/review и объяснение ограничений. Продолжение: Найти пример опасной high-cardinality label.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105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Grafana — диагностика инцидента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Data source</w:t>
              <w:br/>
              <w:t>• dashboard</w:t>
              <w:br/>
              <w:t>• latency</w:t>
              <w:br/>
              <w:t>• error rate</w:t>
              <w:br/>
              <w:t>• worker status</w:t>
              <w:br/>
              <w:t>• threshold</w:t>
              <w:br/>
              <w:t>• alert overview</w:t>
              <w:br/>
              <w:t>• correlation with logs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Подключить готовую Grafana, собрать небольшую панель и найти подготовленный инцидент по метрикам и логам.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Учебный dashboard и incident evidence. Проверка артефакта «Учебный dashboard и incident evidence.», основной и отказной сценарий, Pull Request/review и объяснение ограничений. Продолжение: Сформулировать два полезных условия оповещения без настройки сложной alert-системы.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106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устойчивость внешнего API — timeout, retry и backoff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Timeout budget</w:t>
              <w:br/>
              <w:t>• transient/permanent error</w:t>
              <w:br/>
              <w:t>• bounded retry</w:t>
              <w:br/>
              <w:t>• exponential backoff</w:t>
              <w:br/>
              <w:t>• jitter concept</w:t>
              <w:br/>
              <w:t>• idempotency</w:t>
              <w:br/>
              <w:t>• fallback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На mock server воспроизвести timeout и временную ошибку; настроить ограниченный retry только для безопасной операции.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External API resilience matrix и tests. Проверка артефакта «External API resilience matrix и tests.», основной и отказной сценарий, Pull Request/review и объяснение ограничений. Продолжение: Определить операции, которые нельзя автоматически повторять.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107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circuit breaker и contract testing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Circuit breaker states</w:t>
              <w:br/>
              <w:t>• failure threshold</w:t>
              <w:br/>
              <w:t>• recovery timeout</w:t>
              <w:br/>
              <w:t>• fallback</w:t>
              <w:br/>
              <w:t>• contract snapshot</w:t>
              <w:br/>
              <w:t>• mock/stub</w:t>
              <w:br/>
              <w:t>• dependency isolation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Исследовать готовую реализацию circuit breaker, вызвать серию отказов и проверить восстановление; выполнить contract check.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Circuit breaker experiment и contract report. Проверка артефакта «Circuit breaker experiment и contract report.», основной и отказной сценарий, Pull Request/review и объяснение ограничений. Продолжение: Объяснить, когда circuit breaker создаёт лишнюю сложность.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108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пакетная обработка, прогресс и статусы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 — общее расширение для всей группы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Large input</w:t>
              <w:br/>
              <w:t>• chunk</w:t>
              <w:br/>
              <w:t>• streaming</w:t>
              <w:br/>
              <w:t>• task status</w:t>
              <w:br/>
              <w:t>• progress</w:t>
              <w:br/>
              <w:t>• partial error</w:t>
              <w:br/>
              <w:t>• restart</w:t>
              <w:br/>
              <w:t>• queued/processing/done/failed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Обработать подготовленный большой файл частями, сохранять прогресс и продолжать после одной ошибочной записи.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Bulk processing lab и status API. Проверка артефакта «Bulk processing lab и status API.», основной и отказной сценарий, Pull Request/review и объяснение ограничений. Продолжение: Сравнить обработку целиком и chunks по памяти и восстановлению.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109</w:t>
            </w:r>
          </w:p>
        </w:tc>
        <w:tc>
          <w:tcPr>
            <w:tcW w:type="dxa" w:w="2154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Итоговый production-практикум и защита backend baseline release</w:t>
            </w:r>
          </w:p>
        </w:tc>
        <w:tc>
          <w:tcPr>
            <w:tcW w:type="dxa" w:w="56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53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Практическое занятие / дифференцированный зачёт</w:t>
            </w:r>
          </w:p>
        </w:tc>
        <w:tc>
          <w:tcPr>
            <w:tcW w:type="dxa" w:w="243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• Связь baseline и расширений</w:t>
              <w:br/>
              <w:t>• payments</w:t>
              <w:br/>
              <w:t>• RabbitMQ</w:t>
              <w:br/>
              <w:t>• metrics</w:t>
              <w:br/>
              <w:t>• external resilience</w:t>
              <w:br/>
              <w:t>• bulk processing</w:t>
              <w:br/>
              <w:t>• graceful degradation</w:t>
              <w:br/>
              <w:t>• limits</w:t>
            </w:r>
          </w:p>
        </w:tc>
        <w:tc>
          <w:tcPr>
            <w:tcW w:type="dxa" w:w="306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Развернуть core release, последовательно показать все пять учебных расширений на подготовленных стендах и доказать, что core работает при их отключении.</w:t>
            </w:r>
          </w:p>
        </w:tc>
        <w:tc>
          <w:tcPr>
            <w:tcW w:type="dxa" w:w="425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Backend baseline release v1.0, общий production-report и защита. Проверка артефакта «Backend baseline release v1.0, общий production-report и защита.», основной и отказной сценарий, Pull Request/review и объяснение ограничений. Продолжение: Индивидуальная рефлексия: какие темы требуют дальнейшего углубления.</w:t>
            </w: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680" w:right="624" w:bottom="680" w:left="624" w:header="720" w:footer="720" w:gutter="0"/>
          <w:cols w:space="720"/>
          <w:docGrid w:linePitch="360"/>
        </w:sectPr>
      </w:pP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7. Методические рекомендации по занятиям</w:t>
      </w:r>
    </w:p>
    <w:p>
      <w:pPr>
        <w:spacing w:after="60" w:line="252" w:lineRule="auto"/>
      </w:pPr>
      <w:r>
        <w:rPr>
          <w:rFonts w:ascii="Times New Roman" w:hAnsi="Times New Roman" w:eastAsia="Times New Roman"/>
          <w:color w:val="000000"/>
          <w:sz w:val="21"/>
        </w:rPr>
        <w:t>Для каждой пары отдельно указано, что раскрывает преподаватель, какую демонстрацию и failure path следует подготовить, что выполняют студенты, какой результат принимается и где проходит граница углубления. Формулировки упрощены только по структуре; содержание исходного плана сохранено.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1. Аудит стартового репозитория и воспроизводимый запуск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«Аудит стартового репозитория и воспроизводимый запуск» как часть блока «1. Старт проекта и независимый учебный стенд». Основной смысл занятия — воспроизводимый старт проекта, независимость учебного стенда и единый инженерный процесс команды. Последовательно разобрать: Структура репозитория; supported Python; виртуальное окружение; зависимости; команды запуска; starter code; smoke check.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starter repository, чистая VM/профиль, frozen OpenAPI, reference/mock service, seed-данные и preflight checklist. Сначала показать исходное состояние и минимальный рабочий маршрут, затем воспроизвести контролируемый инцидент: проект не запускается из-за версии Python, зависимости, переменной окружения или несовпадения контракта.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Клонировать starter repository, воспроизвести запуск, зарегистрировать проблемы окружения и исправить README.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Рабочий starter repository и preflight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Git, Markdown, требования и проектная работа первого курса.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начинать разработку бизнес-функций до подтверждения чистого запуска. Не заменять frozen contract устными договорённостями и не хранить секреты в репозитории.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«Рабочий starter repository и preflight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чистый запуск на другом компьютере или в VM.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2. Замороженный контракт: домен, OpenAPI, примеры JSON и seed-данные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«Замороженный контракт: домен, OpenAPI, примеры JSON и seed-данные» как часть блока «1. Старт проекта и независимый учебный стенд». Основной смысл занятия — воспроизводимый старт проекта, независимость учебного стенда и единый инженерный процесс команды. Последовательно разобрать: Contract-first; OpenAPI snapshot; entity IDs; naming; example payload; seed data; mock/reference service; version.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starter repository, чистая VM/профиль, frozen OpenAPI, reference/mock service, seed-данные и preflight checklist. Сначала показать исходное состояние и минимальный рабочий маршрут, затем воспроизвести контролируемый инцидент: изменение контракта ломает reference-клиент или создаёт неоднозначный response.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Изучить frozen-контракт общего продукта, выполнить запросы к reference-backend/mock server и сопоставить сущности.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Contract review и список уточнений без блокировки разработки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Git, Markdown, требования и проектная работа первого курса.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начинать разработку бизнес-функций до подтверждения чистого запуска. Не заменять frozen contract устными договорённостями и не хранить секреты в репозитории.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«Contract review и список уточнений без блокировки разработки.»,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примеры успешного и ошибочного ответа для своего модуля.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3. Вертикальные функции и backlog без лишнего объёма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«Вертикальные функции и backlog без лишнего объёма» как часть блока «1. Старт проекта и независимый учебный стенд». Основной смысл занятия — воспроизводимый старт проекта, независимость учебного стенда и единый инженерный процесс команды. Последовательно разобрать: User scenario; vertical slice; baseline scope; acceptance criteria; dependency; risk; advanced extension.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starter repository, чистая VM/профиль, frozen OpenAPI, reference/mock service, seed-данные и preflight checklist. Сначала показать исходное состояние и минимальный рабочий маршрут, затем воспроизвести контролируемый инцидент: проект не запускается из-за версии Python, зависимости, переменной окружения или несовпадения контракта.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Разделить модуль на обязательные вертикальные функции и расширения; исключить функции, не влияющие на baseline release.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Backlog baseline/advanced и milestone первой версии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Git, Markdown, требования и проектная работа первого курса.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начинать разработку бизнес-функций до подтверждения чистого запуска. Не заменять frozen contract устными договорённостями и не хранить секреты в репозитории.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«Backlog baseline/advanced и milestone первой версии.»,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Провести review объёма другой команды.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4. Git-flow, Definition of Done и независимые заглушки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«Git-flow, Definition of Done и независимые заглушки» как часть блока «1. Старт проекта и независимый учебный стенд». Основной смысл занятия — воспроизводимый старт проекта, независимость учебного стенда и единый инженерный процесс команды. Последовательно разобрать: Issue; feature branch; commit; Pull Request; review; DoD; mock/fake; feature toggle; contract freeze.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starter repository, чистая VM/профиль, frozen OpenAPI, reference/mock service, seed-данные и preflight checklist. Сначала показать исходное состояние и минимальный рабочий маршрут, затем воспроизвести контролируемый инцидент: проект не запускается из-за версии Python, зависимости, переменной окружения или несовпадения контракта.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Настроить Issue/PR templates, правила review и заглушки внешних зависимостей, чтобы модуль разрабатывался автономно.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Workflow репозитория, fake adapters и tag project-baseline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Git, Markdown, требования и проектная работа первого курса.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начинать разработку бизнес-функций до подтверждения чистого запуска. Не заменять frozen contract устными договорённостями и не хранить секреты в репозитории.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«Workflow репозитория, fake adapters и tag project-baseline.»,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Выполнить пробный PR и исправить замечания.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5. Структура пакета и типизированный публичный интерфейс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«Структура пакета и типизированный публичный интерфейс»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src-layout; packages/modules; public API; imports; type hints; aliases; static checking; cyclic dependency.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одна повреждённая запись останавливает весь импорт или прогресс теряется после перезапуска.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Перевести starter code в пакет, типизировать публичные функции и устранить циклический импорт.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Typed package baseline и import map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«Typed package baseline и import map.»,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Запустить static checker и объяснить одну найденную ошибку.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6. dataclass, Enum и value objects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«dataclass, Enum и value objects»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dataclass; frozen; default_factory; Enum/StrEnum concept; identity; validation; equality; hash.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рефакторинг меняет поведение, ресурс не освобождается, async-код блокирует event loop или потоковый импорт падает на одной строке.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value objects идентификатора, статуса и контактных данных; покрыть граничными тестами.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Domain value objects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«Domain value objects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Определить, какие объекты должны быть неизменяемыми.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7. Доменные ошибки и безопасное управление ресурсами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«Доменные ошибки и безопасное управление ресурсами»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Custom exception; raise from; traceback; error boundary; context manager; cleanup; temporary resource.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иерархию ошибок и контекстный менеджер для ресурса проекта; проверить аварийный сценарий.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Error map и resource manager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«Error map и resource manager.»,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Связать ошибки с будущими HTTP-ответами.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8. Protocol, ABC и внедрение зависимостей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«Protocol, ABC и внедрение зависимостей»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Protocol; abstract base class; contract; constructor injection; fake implementation; composition root concept.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рефакторинг меняет поведение, ресурс не освобождается, async-код блокирует event loop или потоковый импорт падает на одной строке.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Выделить интерфейс repository/notifier и заменить реальную зависимость fake-реализацией.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Component contracts и contract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«Component contracts и contract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Обосновать выбор Protocol или ABC.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9. Асинхронный I/O, timeout и отмена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«Асинхронный I/O, timeout и отмена»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Coroutine; async/await; event loop; gather; timeout; cancellation; blocking call; I/O-bound.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внешний API зависает, возвращает постоянную ошибку или небезопасная операция повторяется.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Сравнить последовательные и конкурентные mock-запросы; добавить timeout и обработку частичного отказа.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Async service experiment и timing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«Async service experiment и timing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Найти блокирующую операцию и предложить безопасную замену.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10. Генераторы и потоковый импорт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«Генераторы и потоковый импорт»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Iterator; generator; lazy evaluation; one-pass; CSV/JSONL; chunk; malformed row; memory use.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рефакторинг меняет поведение, ресурс не освобождается, async-код блокирует event loop или потоковый импорт падает на одной строке.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потоковый импорт seed-данных без загрузки файла целиком и сохранить ошибки отдельных строк.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Streaming importer и memory comparison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«Streaming importer и memory comparison.»,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счётчики обработанных и отклонённых записей.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11. Прикладные декораторы без отдельного мини-курса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«Прикладные декораторы без отдельного мини-курса»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Decorator; functools.wraps; timing; audit; retry boundary; metadata; cross-cutting concern.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рефакторинг меняет поведение, ресурс не освобождается, async-код блокирует event loop или потоковый импорт падает на одной строке.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один полезный декоратор для измерения или аудита, не скрывая бизнес-логику.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Reusable decorator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«Reusable decorator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Удалить декоратор, который ухудшает читаемость, либо обосновать его.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12. Клиника рефакторинга Python-модуля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«Клиника рефакторинга Python-модуля» как часть блока «2. Python bridge и рефакторинг существующего кода». Основной смысл занятия — прикладное углубление Python ровно в объёме, необходимом для устойчивого backend-кода и дальнейшего FastAPI-модуля. Последовательно разобрать: Code smells; small functions; composition; test baseline; safe refactoring; code review.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legacy-фрагмент starter code, characterization tests, небольшой profiler/timing experiment и набор граничных данных. Сначала показать исходное состояние и минимальный рабочий маршрут, затем воспроизвести контролируемый инцидент: рефакторинг меняет поведение, ресурс не освобождается, async-код блокирует event loop или потоковый импорт падает на одной строке.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Отрефакторить legacy-фрагмент starter code, сохранить поведение и провести взаимное review.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python-bridge-v1 и refactoring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Python первого курса, ООП, pytest, Git и самостоятельный анализ ошибок.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базовый синтаксис первого курса и не уходить в метаклассы, дескрипторы и сложную магию языка. Каждый механизм вводится только через реальную задачу проекта.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python-bridge-v1 и refactoring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замечания и зафиксировать технический долг.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13. Границы domain, application, infrastructure и presentation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«Границы domain, application, infrastructure и presentation» как часть блока «3. Архитектура, конфигурация и диагностика». Основной смысл занятия — ясные границы модулей, управляемые зависимости и диагностируемость приложения без архитектурного переусложнения. Последовательно разобрать: Layer responsibility; dependency direction; domain/service/repository; use case; avoiding circular dependencies.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намеренно связанный модуль, settings/.env.example, structured logging, correlation ID, ADR-шаблон и подготовленный конфигурационный дефект. Сначала показать исходное состояние и минимальный рабочий маршрут, затем воспроизвести контролируемый инцидент: секрет попадает в лог, зависимость создаётся внутри бизнес-логики, конфигурация отличается между средами или ошибка не имеет диагностического контекста.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Распределить существующий код по слоям и построить package/dependency diagram.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Architecture baseline и package map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SOLID, UML, Linux, Git, тестирование и модульная структура.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каталог паттернов и не вводить слои без ответственности. Архитектурное решение принимается только при наличии конкретной зависимости, риска или сценария тестирования.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«Architecture baseline и package map.»,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Найти зависимость, направленную против архитектуры.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14. Repository, service layer и composition root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«Repository, service layer и composition root» как часть блока «3. Архитектура, конфигурация и диагностика». Основной смысл занятия — ясные границы модулей, управляемые зависимости и диагностируемость приложения без архитектурного переусложнения. Последовательно разобрать: Repository contract; application service; transaction boundary concept; dependency injection; composition root.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намеренно связанный модуль, settings/.env.example, structured logging, correlation ID, ADR-шаблон и подготовленный конфигурационный дефект. Сначала показать исходное состояние и минимальный рабочий маршрут, затем воспроизвести контролируемый инцидент: секрет попадает в лог, зависимость создаётся внутри бизнес-логики, конфигурация отличается между средами или ошибка не имеет диагностического контекста.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Собрать вертикальную функцию на fake repository и отдельном сервисе.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Service/repository vertical slice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SOLID, UML, Linux, Git, тестирование и модульная структура.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каталог паттернов и не вводить слои без ответственности. Архитектурное решение принимается только при наличии конкретной зависимости, риска или сценария тестирования.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«Service/repository vertical slice.»,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замену инфраструктуры без изменения бизнес-логики.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15. Конфигурация через environment и Settings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«Конфигурация через environment и Settings» как часть блока «3. Архитектура, конфигурация и диагностика». Основной смысл занятия — ясные границы модулей, управляемые зависимости и диагностируемость приложения без архитектурного переусложнения. Последовательно разобрать: Environment variables; local/test configuration; Pydantic Settings concept; defaults; validation; twelve-factor baseline.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намеренно связанный модуль, settings/.env.example, structured logging, correlation ID, ADR-шаблон и подготовленный конфигурационный дефект. Сначала показать исходное состояние и минимальный рабочий маршрут, затем воспроизвести контролируемый инцидент: секрет попадает в лог, зависимость создаётся внутри бизнес-логики, конфигурация отличается между средами или ошибка не имеет диагностического контекста.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конфигурацию окружений и удалить захардкоженные адреса, пароли и режимы.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Settings module и env.example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SOLID, UML, Linux, Git, тестирование и модульная структура.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каталог паттернов и не вводить слои без ответственности. Архитектурное решение принимается только при наличии конкретной зависимости, риска или сценария тестирования.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«Settings module и env.example.»,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запуск с неполной конфигурацией.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16. Секреты и безопасная локальная разработка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«Секреты и безопасная локальная разработка» как часть блока «3. Архитектура, конфигурация и диагностика». Основной смысл занятия — ясные границы модулей, управляемые зависимости и диагностируемость приложения без архитектурного переусложнения. Последовательно разобрать: Secret boundary; .gitignore; credentials; rotation concept; debug configuration; least privilege.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намеренно связанный модуль, settings/.env.example, structured logging, correlation ID, ADR-шаблон и подготовленный конфигурационный дефект. Сначала показать исходное состояние и минимальный рабочий маршрут, затем воспроизвести контролируемый инцидент: секрет попадает в лог, зависимость создаётся внутри бизнес-логики, конфигурация отличается между средами или ошибка не имеет диагностического контекста.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secret scan репозитория, заменить небезопасные значения и подготовить инструкцию.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Security configuration checklist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SOLID, UML, Linux, Git, тестирование и модульная структура.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каталог паттернов и не вводить слои без ответственности. Архитектурное решение принимается только при наличии конкретной зависимости, риска или сценария тестирования.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«Security configuration checklist.»,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утечку тестового секрета и процедуру замены.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17. Структурированные логи, request ID и единая модель ошибок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«Структурированные логи, request ID и единая модель ошибок» как часть блока «3. Архитектура, конфигурация и диагностика». Основной смысл занятия — ясные границы модулей, управляемые зависимости и диагностируемость приложения без архитектурного переусложнения. Последовательно разобрать: Logging levels; structured fields; correlation/request ID; domain/infrastructure error; safe message; traceback.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намеренно связанный модуль, settings/.env.example, structured logging, correlation ID, ADR-шаблон и подготовленный конфигурационный дефект. Сначала показать исходное состояние и минимальный рабочий маршрут, затем воспроизвести контролируемый инцидент: секрет попадает в лог, зависимость создаётся внутри бизнес-логики, конфигурация отличается между средами или ошибка не имеет диагностического контекста.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Настроить логи сервисного сценария и связать внутреннюю ошибку с безопасным внешним сообщением.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Logging/error baseline и trace example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SOLID, UML, Linux, Git, тестирование и модульная структура.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каталог паттернов и не вводить слои без ответственности. Архитектурное решение принимается только при наличии конкретной зависимости, риска или сценария тестирования.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«Logging/error baseline и trace example.»,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Удалить персональные данные и секреты из логов.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18. Архитектурная клиника и исправление связности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«Архитектурная клиника и исправление связности» как часть блока «3. Архитектура, конфигурация и диагностика». Основной смысл занятия — ясные границы модулей, управляемые зависимости и диагностируемость приложения без архитектурного переусложнения. Последовательно разобрать: SOLID as review lens; coupling/cohesion; dependency cycle; characterization test; ADR.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намеренно связанный модуль, settings/.env.example, structured logging, correlation ID, ADR-шаблон и подготовленный конфигурационный дефект.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architecture review, исправить одну критическую связность и зафиксировать решение в ADR.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architecture-v1 и ADR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SOLID, UML, Linux, Git, тестирование и модульная структура.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каталог паттернов и не вводить слои без ответственности. Архитектурное решение принимается только при наличии конкретной зависимости, риска или сценария тестирования.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architecture-v1 и ADR.»,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Обновить диаграмму после изменения.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19. Pydantic-модели входа и выхода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«Pydantic-модели входа и выхода»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BaseModel; field types; required/optional; defaults; request/response DTO; separation from domain model.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входные и выходные модели первой вертикальной функции.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API DTO package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«API DTO package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неполный и избыточный payload.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20. Ограничения полей и пользовательская валидация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«Ограничения полей и пользовательская валидация»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Field constraints; validators; cross-field rule; normalization; clear validation error.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правила данных и проверить негативные/граничные запросы.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Validated schemas и error examples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«Validated schemas и error examples.»,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Отделить форматную валидацию от бизнес-правила.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21. FastAPI-приложение, router и первый endpoint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«FastAPI-приложение, router и первый endpoint»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Application; APIRouter; route; async endpoint; response model; status code; dependency boundary.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модульный API и первый рабочий endpoint на fake repository.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FastAPI baseline и OpenAPI snapshot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«FastAPI baseline и OpenAPI snapshot.»,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endpoint через curl/Bruno/Postman.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22. Path, query, header и request body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«Path, query, header и request body»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Parameter binding; aliases; filters; headers; body; validation; status semantics.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получение, фильтрацию и создание ресурса.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CRUD contract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«CRUD contract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неверный ID и невалидный фильтр.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23. Dependency Injection в FastAPI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«Dependency Injection в FastAPI»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Depends; provider; service/repository injection; per-request resource; override in tests.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Подключить service/repository через dependencies и заменить fake в тестовом режиме.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Dependency providers и override demo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«Dependency providers и override demo.»,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Исключить создание repository внутри endpoint.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24. Exception handlers и единый формат ошибки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«Exception handlers и единый формат ошибки»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HTTPException boundary; custom exception handler; error code; details; request ID; safe response.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Преобразовать доменные ошибки в единый API error format.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Error contract и negative API examples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«Error contract и negative API examples.»,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Согласовать ошибку с QA и клиентскими командами.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25. Middleware и жизненный цикл приложения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«Middleware и жизненный цикл приложения»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Middleware; request timing; correlation ID; startup/shutdown; lifespan; resource initialization.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request ID, timing и безопасную инициализацию ресурса.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Middleware/lifespan package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«Middleware/lifespan package.»,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cleanup после исключения.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26. Асинхронные endpoints и отсутствие блокировок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«Асинхронные endpoints и отсутствие блокировок»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Async I/O; blocking library; threadpool concept; timeout; cancellation; concurrent request.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блокирующий вызов останавливает обработку других запросов или отмена не освобождает ресурс.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Найти блокирующий участок и исправить; сравнить поведение под параллельными запросами.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Async endpoint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«Async endpoint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timeout внешнего вызова.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27. Pagination, filtering и sorting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«Pagination, filtering и sorting»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Limit/offset or cursor; stable ordering; filter schema; maximum page size; invalid combination.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постраничный список и фильтры по frozen-контракту.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List endpoint v1 и test matrix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«List endpoint v1 и test matrix.»,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пустую страницу и границы page size.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28. OpenAPI, примеры и документация контракта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«OpenAPI, примеры и документация контракта»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OpenAPI metadata; examples; tags; operation ID; schema descriptions; compatibility.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изменение контракта ломает reference-клиент или создаёт неоднозначный response.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Улучшить документацию endpoint и передать snapshot на contract review.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OpenAPI v1 и review comments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«OpenAPI v1 и review comments.»,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неоднозначные названия и примеры.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29. Версионирование и совместимость API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«Версионирование и совместимость API»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Breaking/non-breaking change; additive field; deprecation; URL/header version overview; changelog.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изменение контракта ломает reference-клиент или создаёт неоднозначный response.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Внести изменение контракта без поломки reference-клиента и оформить changelog.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Compatibility exercise и API changelog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«Compatibility exercise и API changelog.»,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один пример breaking change.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30. Вертикальный срез API №1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«Вертикальный срез API №1»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Route → DTO → service → fake repository → response; success/error; tests; review.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Собрать первую законченную пользовательскую функцию и провести review.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Vertical slice №1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«Vertical slice №1.»,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замечания и обновить OpenAPI.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31. Вертикальный срез API №2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«Вертикальный срез API №2»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Second resource/use case; shared components; avoiding duplication; contract reuse.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вторую функцию, переиспользуя архитектуру без copy-paste.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Vertical slice №2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«Vertical slice №2.»,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Выделить повторяемый компонент.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32. API-клиника: стабилизация baseline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«API-клиника: стабилизация baseline» как часть блока «4. Pydantic и FastAPI: обязательное API-ядро». Основной смысл занятия — контрактное API-ядро FastAPI, где схемы, ошибки, документация и вертикальные функции образуют единый проверяемый результат. Последовательно разобрать: Bug triage; validation gap; error contract; smoke test; documentation; ready-for-database boundary.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frozen OpenAPI, JSON examples, Bruno/HTTP client collection, fake repository, error scenarios и reference response. Сначала показать исходное состояние и минимальный рабочий маршрут, затем воспроизвести контролируемый инцидент: невалидные данные проходят в service, endpoint блокирует event loop, error response раскрывает детали или изменение ломает reference client.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bug bash API-ядра, исправить критические дефекты и подготовить замену fake repository.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api-core-v1 и smoke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JSON, Python, Git, OpenAPI и навыки тестирования.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превращать блок в полный курс HTTP и не дробить приложение на микросервисы. Достаточно одного модульного сервиса и двух законченных vertical slices.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api-core-v1 и smoke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список интеграционных рисков.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33. Стартовая схема PostgreSQL и контракт данных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«Стартовая схема PostgreSQL и контракт данных»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Frozen schema snapshot; seed database; entity IDs; constraints; source of truth; schema contract.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Развернуть подготовленную PostgreSQL-схему, сопоставить таблицы, идентификаторы и ограничения с доменными моделями и зафиксировать расхождения.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Database preflight и mapping notes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«Database preflight и mapping notes.»,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Зафиксировать несовпадения как Issues, не блокируя модуль.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34. Engine, session и declarative mapping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«Engine, session и declarative mapping»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Engine; connection pool concept; Session; declarative base; mapped column; table mapping.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Подключить SQLAlchemy и описать первую сущность по frozen-схеме.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ORM baseline и connection check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«ORM baseline и connection check.»,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ошибочную строку подключения.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35. Типы, ограничения и связи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«Типы, ограничения и связи»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Primary/foreign key; unique/check; one-to-many; many-to-many; cascade concept; nullable.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Описать связи и ограничения двух–трёх сущностей.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ORM relationships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«ORM relationships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Сверить модель с реальными ограничениями БД.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36. Session boundary и Unit of Work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«Session boundary и Unit of Work»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Transaction scope; commit/rollback; session per request; Unit of Work concept; detached object.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Организовать единицу работы для сервисного сценария и проверить rollback.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Session/UoW pattern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«Session/UoW pattern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ошибку после первой записи.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37. Repository CRUD без утечки ORM в API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«Repository CRUD без утечки ORM в API»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Repository implementation; add/get/update/delete; DTO/domain/ORM mapping; not found; duplicate.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Заменить fake repository реальной реализацией SQLAlchemy.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SQLAlchemy repository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«SQLAlchemy repository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duplicate и not-found.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38. Запросы, фильтрация и pagination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«Запросы, фильтрация и pagination»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select; where; order_by; limit/offset; count; dynamic filters; safe composition.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Подключить API-фильтры и pagination к SQLAlchemy-запросам.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Query module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«Query module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комбинацию нескольких фильтров.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39. JOIN, eager loading и N+1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«JOIN, eager loading и N+1»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Relationship loading; selectin/joined load; N+1; query count; serialization boundary.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Воспроизвести N+1, измерить число запросов и исправить.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N+1 incident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«N+1 incident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Зафиксировать правило загрузки связей.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40. Транзакции и конкурентные изменения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«Транзакции и конкурентные изменения»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Atomicity; isolation concept; optimistic conflict; unique constraint; retry boundary; idempotent command.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бизнес-операцию из нескольких записей и обработать конфликт.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Transactional use case и failure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«Transactional use case и failure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сценарий повторной отправки команды.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41. Асинхронный SQLAlchemy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«Асинхронный SQLAlchemy»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Async engine/session; async driver; await execute; transaction context; connection lifecycle.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блокирующий вызов останавливает обработку других запросов или отмена не освобождает ресурс.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Перевести repository на async-вариант и проверить параллельные запросы.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Async persistence module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«Async persistence module.»,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отсутствие общей Session между запросами.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42. Alembic: базовая история схемы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«Alembic: базовая история схемы»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Migration environment; revision; upgrade/downgrade; autogenerate; review generated SQL.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проверенную migration для изменения модели.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Alembic baseline и migration review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«Alembic baseline и migration review.»,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Объяснить, почему autogenerate нельзя принимать без проверки.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43. Data migration, rollback и командный конфликт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«Data migration, rollback и командный конфликт»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Data transformation; expand/contract idea; downgrade limitations; migration ordering; merge conflict.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миграция не проходит на существующих данных или оставляет схему в частично обновлённом состоянии.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Выполнить изменение с переносом данных и разрешить подготовленный конфликт revisions.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Safe migration и recovery note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«Safe migration и recovery note.»,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upgrade на копии seed database.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44. Persistence-клиника и восстановление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«Persistence-клиника и восстановление» как часть блока «5. SQLAlchemy и Alembic: persistence baseline». Основной смысл занятия — надёжный слой хранения на подготовленной PostgreSQL-схеме с транзакциями, миграциями и проверяемым восстановлением. Последовательно разобрать: CRUD; transaction; N+1; migration; seed; backup/recovery; smoke integration.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PostgreSQL Compose, schema snapshot, seed DB, SQL log, намеренно неэффективный запрос и копия данных для migration/recovery. Сначала показать исходное состояние и минимальный рабочий маршрут, затем воспроизвести контролируемый инцидент: N+1, потеря транзакционности, конфликт миграций, несовместимое изменение схемы или ошибка upgrade на существующих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интеграционный bug bash слоя данных и восстановить БД после ошибочной migration.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persistence-v1 и recovery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PostgreSQL, SQL, нормализация, Python, Git и транзакции.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повторять проектирование БД и SQL из ОП.08. Не уходить в тонкую настройку PostgreSQL и сложные ORM-паттерны; важны корректная модель, запрос и миграционный цикл.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persistence-v1 и recovery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замечания DBA/преподавателя.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45. Модель пользователя и безопасное хранение пароля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«Модель пользователя и безопасное хранение пароля»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User identity; normalized login/email; password hash; salt handled by library; Argon2/bcrypt; no plaintext.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пользователя и безопасное хеширование тестовых паролей.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User model и password service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«User model и password service.»,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отсутствие паролей в логах и ответах.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46. Login и access token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«Login и access token»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Credential verification; JWT access token; claims; expiry; signing key; authentication error.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login и выпуск короткоживущего access token.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Auth endpoint v1 и negative cases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«Auth endpoint v1 и negative cases.»,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неверный пароль и истёкший токен.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47. Refresh, logout и отзыв сессии на базовом уровне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«Refresh, logout и отзыв сессии на базовом уровне»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Refresh token; rotation concept; server-side session record; logout/revoke; replay risk.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пароль или токен попадает в лог, refresh используется повторно, пользователь получает чужой ресурс или API раскрывает существование аккаунта.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простой refresh/logout без сложной распределённой session platform.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Session lifecycle baseline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«Session lifecycle baseline.»,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повторное использование старого refresh token.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48. Текущий пользователь и защита endpoint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«Текущий пользователь и защита endpoint»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Authentication dependency; bearer token; current user; 401 vs 403; inactive user.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пароль или токен попадает в лог, refresh используется повторно, пользователь получает чужой ресурс или API раскрывает существование аккаунта.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Защитить маршруты и передать пользователя в service layer.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Protected endpoints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«Protected endpoints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отсутствующий и неверный токен.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49. Роли и права доступа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«Роли и права доступа»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Role; permission; RBAC matrix; least privilege; ownership check; resource-level authorization.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матрицу прав и реализовать несколько проверок доступа.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RBAC policy и authorization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«RBAC policy и authorization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попытку доступа к чужому объекту.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50. Негативные security-сценарии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«Негативные security-сценарии»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Token leakage; weak secret; privilege escalation; enumeration; rate limit connection; safe error.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пароль или токен попадает в лог, refresh используется повторно, пользователь получает чужой ресурс или API раскрывает существование аккаунта.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security review auth-flow и исправить критические проблемы.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Auth security checklist и resolved Issues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«Auth security checklist и resolved Issues.»,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Проверить, не раскрывает ли API наличие пользователя.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51. Auth-клиника и frozen contract для клиентов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«Auth-клиника и frozen contract для клиентов» как часть блока «6. Аутентификация и RBAC baseline». Основной смысл занятия — минимально достаточная аутентификация и авторизация, понятная клиентам и проверенная негативными сценариями. Последовательно разобрать: Stable auth endpoints; example tokens; client contract; seed users; smoke test; documentation.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seed users, hash service, token inspector, access/refresh сценарии, RBAC matrix и набор запросов 401/403.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Стабилизировать auth API, подготовить тестовых пользователей и передать frozen snapshot клиентам.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auth-v1 и client auth guide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БД, Pydantic, FastAPI, Git и негативное тестирование.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писать криптографию самостоятельно и не строить распределённую session platform. OAuth2/OIDC-провайдеры рассматриваются только как дальнейшее развитие.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auth-v1 и client auth guide.»,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замечания Android/WPF/QA.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52. HTTP-клиент, timeout и безопасная конфигурация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«HTTP-клиент, timeout и безопасная конфигурация» как часть блока «7. Внешние API и generic webhooks». Основной смысл занятия — изоляция внешней зависимости через adapter, timeout и воспроизводимый mock-first контракт. Последовательно разобрать: Async client; base URL; headers; timeout; connection error; typed response; reusable client lifecycle.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mock server, recorded responses, HTTPX adapter, timeout/error matrix, webhook signer и duplicate event set. Сначала показать исходное состояние и минимальный рабочий маршрут, затем воспроизвести контролируемый инцидент: внешний API зависает, возвращает постоянную ошибку или небезопасная операция повторяется.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клиент подготовленного mock/reference API и обработать основные ошибки.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External client baseline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OpenAPI, async/await, Pydantic, Git и mock server.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зависеть от живого публичного API и не подключать несколько провайдеров. Одна интеграция должна показать adapter boundary, timeout и деградацию.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«External client baseline.»,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недоступный сервис и неверный JSON.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53. Adapter и изоляция внешнего контракта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«Adapter и изоляция внешнего контракта» как часть блока «7. Внешние API и generic webhooks». Основной смысл занятия — изоляция внешней зависимости через adapter, timeout и воспроизводимый mock-first контракт. Последовательно разобрать: Adapter; external DTO; mapping; anti-corruption layer; fake provider; contract drift.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mock server, recorded responses, HTTPX adapter, timeout/error matrix, webhook signer и duplicate event set. Сначала показать исходное состояние и минимальный рабочий маршрут, затем воспроизвести контролируемый инцидент: изменение контракта ломает reference-клиент или создаёт неоднозначный response.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Спрятать внешний API за интерфейсом и подключить fake для автономной разработки.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External adapter и contract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OpenAPI, async/await, Pydantic, Git и mock server.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зависеть от живого публичного API и не подключать несколько провайдеров. Одна интеграция должна показать adapter boundary, timeout и деградацию.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«External adapter и contract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изменение внешнего поля.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54. Retry, backoff и идемпотентность на обязательном уровне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«Retry, backoff и идемпотентность на обязательном уровне» как часть блока «7. Внешние API и generic webhooks». Основной смысл занятия — изоляция внешней зависимости через adapter, timeout и воспроизводимый mock-first контракт. Последовательно разобрать: Retry only transient failure; exponential backoff concept; idempotent request; timeout budget; duplicate risk.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mock server, recorded responses, HTTPX adapter, timeout/error matrix, webhook signer и duplicate event set. Сначала показать исходное состояние и минимальный рабочий маршрут, затем воспроизвести контролируемый инцидент: внешний API зависает, возвращает постоянную ошибку или небезопасная операция повторяется.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ограниченный retry для безопасного запроса и доказать отсутствие дублей.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Resilience baseline и failure matrix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OpenAPI, async/await, Pydantic, Git и mock server.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зависеть от живого публичного API и не подключать несколько провайдеров. Одна интеграция должна показать adapter boundary, timeout и деградацию.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«Resilience baseline и failure matrix.»,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Определить запрос, который нельзя автоматически повторять.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55. Generic webhook: приём, подпись и повторная доставка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«Generic webhook: приём, подпись и повторная доставка» как часть блока «7. Внешние API и generic webhooks». Основной смысл занятия — изоляция внешней зависимости через adapter, timeout и воспроизводимый mock-first контракт. Последовательно разобрать: Webhook endpoint; HMAC signature concept; event ID; duplicate delivery; audit log; prepared simulator.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mock server, recorded responses, HTTPX adapter, timeout/error matrix, webhook signer и duplicate event set. Сначала показать исходное состояние и минимальный рабочий маршрут, затем воспроизвести контролируемый инцидент: событие приходит повторно, с неверной подписью или в неожиданном порядке.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Принять учебное событие от симулятора, проверить подпись и защититься от повторной обработки.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Generic webhook processor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OpenAPI, async/await, Pydantic, Git и mock server.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зависеть от живого публичного API и не подключать несколько провайдеров. Одна интеграция должна показать adapter boundary, timeout и деградацию.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«Generic webhook processor.»,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неверную подпись и дубли.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56. Интеграционная клиника без зависимости от реального провайдера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«Интеграционная клиника без зависимости от реального провайдера» как часть блока «7. Внешние API и generic webhooks». Основной смысл занятия — изоляция внешней зависимости через adapter, timeout и воспроизводимый mock-first контракт. Последовательно разобрать: Mock server; recorded responses; contract snapshot; incident; adapter replacement; runbook.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mock server, recorded responses, HTTPX adapter, timeout/error matrix, webhook signer и duplicate event set. Сначала показать исходное состояние и минимальный рабочий маршрут, затем воспроизвести контролируемый инцидент: внешний сервис отвечает медленно, возвращает несовместимый JSON, повторяет событие или присылает неверную подпись.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отказ внешнего сервиса и заменить его fake/mock без остановки разработки.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integrations-v1 и runbook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HTTP, OpenAPI, async/await, Pydantic, Git и mock server.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зависеть от живого публичного API и не подключать несколько провайдеров. Одна интеграция должна показать adapter boundary, timeout и деградацию.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integrations-v1 и runbook.»,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замечания contract review.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57. Ключи, структуры данных и TTL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«Ключи, структуры данных и TTL» как часть блока «8. Redis: кэш и служебное состояние». Основной смысл занятия — один полезный Redis-сценарий с измеримым назначением, сроком жизни и безопасным поведением при недоступности. Последовательно разобрать: Key naming; string/hash/set; TTL; serialization; namespace; connection; cleanup.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Redis Compose, redis-cli/GUI, cache-aside пример, TTL, stale data и сценарий остановки сервиса. Сначала показать исходное состояние и минимальный рабочий маршрут, затем воспроизвести контролируемый инцидент: кэш устарел, invalidation пропущен, ключи конфликтуют или Redis недоступен.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Подключить Redis и создать безопасную схему ключей для одного сценария.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Redis key map и connection check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Redis, HTTP, SQLAlchemy, Git и тестирование отказов.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изучать cluster, Sentinel и persistence на глубоком уровне. Redis не должен становиться единственным источником критичных данных.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«Redis key map и connection check.»,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Добавить TTL и проверить автоматическое удаление.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58. Cache-aside и инвалидация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«Cache-aside и инвалидация» как часть блока «8. Redis: кэш и служебное состояние». Основной смысл занятия — один полезный Redis-сценарий с измеримым назначением, сроком жизни и безопасным поведением при недоступности. Последовательно разобрать: Cache miss/hit; source of truth; cache-aside; invalidation; stale value; stampede concept.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Redis Compose, redis-cli/GUI, cache-aside пример, TTL, stale data и сценарий остановки сервиса. Сначала показать исходное состояние и минимальный рабочий маршрут, затем воспроизвести контролируемый инцидент: Redis недоступен, значение устарело или invalidation выполнен неверно.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Закэшировать чтение и корректно инвалидировать данные после изменения.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Cache-aside implementation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Redis, HTTP, SQLAlchemy, Git и тестирование отказов.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изучать cluster, Sentinel и persistence на глубоком уровне. Redis не должен становиться единственным источником критичных данных.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«Cache-aside implementation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устаревшее значение.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59. Одноразовый код подтверждения в Redis: TTL и повторная проверка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«Одноразовый код подтверждения в Redis: TTL и повторная проверка» как часть блока «8. Redis: кэш и служебное состояние». Основной смысл занятия — один конкретный служебный сценарий с ограниченным временем жизни и понятным failure path. Последовательно разобрать: one-time token/code; TTL и истечение; атомарная запись и проверка; защита от повторного использования; неверный код; поведение при недоступности Redis. Связать решение с текущим backend baseline release и объяснить, почему Redis не становится источником критичных данных. До практики зафиксировать критерии готовности, основной сценарий и ожидаемые отказы.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Redis Compose и redis-cli/GUI. Показать создание кода с TTL, успешную проверку и удаление/пометку использованного значения. Затем воспроизвести три контролируемых отказа: неверный код, истечение TTL и повторное использование. Отдельно остановить Redis и обсудить безопасное поведение сервиса без скрытого падения продукта.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одноразовый код подтверждения: создать код с TTL, проверить корректный, неверный и истёкший код и запретить повторное использование.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Redis confirmation-code feature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Redis, HTTP, SQLAlchemy, Git и тестирование отказов.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изучать cluster, Sentinel и persistence на глубоком уровне. Redis не должен становиться единственным источником критичных данных.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основного сценария, неверного и истёкшего кода, повторного использования и минимум одного сценария недоступности Redis. Проверить Pull Request/review и попросить студента объяснить срок жизни данных, защиту от replay и ограничения решения. Продолжение: проверить восстановление после возврата Redis.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60. Redis-инцидент и деградация без падения продукта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«Redis-инцидент и деградация без падения продукта» как часть блока «8. Redis: кэш и служебное состояние». Основной смысл занятия — один полезный Redis-сценарий с измеримым назначением, сроком жизни и безопасным поведением при недоступности. Последовательно разобрать: Redis outage; fallback; cache bypass; safe failure; timeout; reconnect; observability.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Redis Compose, redis-cli/GUI, cache-aside пример, TTL, stale data и сценарий остановки сервиса. Сначала показать исходное состояние и минимальный рабочий маршрут, затем воспроизвести контролируемый инцидент: Redis недоступен, значение устарело или invalidation выполнен неверно.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Остановить Redis, проверить деградированный режим и восстановить сервис.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redis-baseline и incident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Redis, HTTP, SQLAlchemy, Git и тестирование отказов.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изучать cluster, Sentinel и persistence на глубоком уровне. Redis не должен становиться единственным источником критичных данных.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redis-baseline и incident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Описать, какие функции должны работать без Redis.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61. Когда нужна фоновая задача, а когда достаточно обычного endpoint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«Когда нужна фоновая задача, а когда достаточно обычного endpoint» как часть блока «9. Фоновые задачи: минимально необходимый уровень». Основной смысл занятия — одна реальная фоновая операция с прозрачным жизненным циклом, retry и идемпотентностью. Последовательно разобрать: Short background work; durable queue; user response time; failure tolerance; sync vs async decision.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Celery worker, broker/backend baseline, task status, логирование, повторная доставка и управляемая остановка worker. Сначала показать исходное состояние и минимальный рабочий маршрут, затем воспроизвести контролируемый инцидент: worker недоступен, задача выполняется дважды, retry бесконечен или пользователь не понимает состояние операции.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Классифицировать операции проекта и выбрать одну реальную фоновую задачу.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Background decision matrix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Redis, Python, Git, логирование и идемпотентность.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сложную топологию очередей и многоэтапный workflow. RabbitMQ routing и production-настройки вынесены в общий расширенный блок.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«Background decision matrix.»,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Убрать одну необоснованную очередь.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62. Celery с Redis broker: producer, worker и task lifecycle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«Celery с Redis broker: producer, worker и task lifecycle» как часть блока «9. Фоновые задачи: минимально необходимый уровень». Основной смысл занятия — одна реальная фоновая операция с прозрачным жизненным циклом, retry и идемпотентностью. Последовательно разобрать: Task; producer; broker; worker; result/status baseline; serialization; separate process.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Celery worker, broker/backend baseline, task status, логирование, повторная доставка и управляемая остановка worker. Сначала показать исходное состояние и минимальный рабочий маршрут, затем воспроизвести контролируемый инцидент: Redis недоступен, значение устарело или invalidation выполнен неверно.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Поднять один worker и выполнить задачу обработки уведомления/импорта.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Celery baseline и worker runbook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Redis, Python, Git, логирование и идемпотентность.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сложную топологию очередей и многоэтапный workflow. RabbitMQ routing и production-настройки вынесены в общий расширенный блок.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«Celery baseline и worker runbook.»,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повторный запуск worker.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63. Retry, идемпотентность и состояние задачи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«Retry, идемпотентность и состояние задачи» как часть блока «9. Фоновые задачи: минимально необходимый уровень». Основной смысл занятия — одна реальная фоновая операция с прозрачным жизненным циклом, retry и идемпотентностью. Последовательно разобрать: Retry; backoff; task ID; idempotency key; queued/processing/done/failed; duplicate execution.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Celery worker, broker/backend baseline, task status, логирование, повторная доставка и управляемая остановка worker. Сначала показать исходное состояние и минимальный рабочий маршрут, затем воспроизвести контролируемый инцидент: внешний API зависает, возвращает постоянную ошибку или небезопасная операция повторяется.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повтор временной ошибки и защиту от повторного результата.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Reliable task baseline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Redis, Python, Git, логирование и идемпотентность.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сложную топологию очередей и многоэтапный workflow. RabbitMQ routing и production-настройки вынесены в общий расширенный блок.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«Reliable task baseline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падение во время обработки.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64. Worker-инцидент и восстановление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«Worker-инцидент и восстановление» как часть блока «9. Фоновые задачи: минимально необходимый уровень». Основной смысл занятия — одна реальная фоновая операция с прозрачным жизненным циклом, retry и идемпотентностью. Последовательно разобрать: Worker unavailable; broker timeout; stuck task; retry limit; manual recovery; logs.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Celery worker, broker/backend baseline, task status, логирование, повторная доставка и управляемая остановка worker. Сначала показать исходное состояние и минимальный рабочий маршрут, затем воспроизвести контролируемый инцидент: worker остановлен, сообщение доставлено повторно или задача зависла.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Остановить worker, диагностировать накопление задач и восстановить обработку.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background-baseline и incident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Redis, Python, Git, логирование и идемпотентность.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строить сложную топологию очередей и многоэтапный workflow. RabbitMQ routing и production-настройки вынесены в общий расширенный блок.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background-baseline и incident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RabbitMQ, routing и восстановление worker будут рассмотрены всей группой в общем расширенном блоке.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65. Dockerfile и воспроизводимая сборка API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«Dockerfile и воспроизводимая сборка API»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Image; container; base image; workdir; dependency install; command; non-root concept; reproducible build.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контейнер собрался, но сервис не готов, потерял конфигурацию или не видит зависимость.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Dockerfile API и проверить чистую сборку.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API image baseline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«API image baseline.»,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Уменьшить образ без усложнения multi-stage.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66. Слои, .dockerignore и безопасный контекст сборки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«Слои, .dockerignore и безопасный контекст сборки»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Layer cache; order; build context; .dockerignore; secret leakage; immutable image.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контейнер собрался, но сервис не готов, потерял конфигурацию или не видит зависимость.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Оптимизировать слои и исключить лишние/чувствительные файлы.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Reviewed Dockerfile и image size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«Reviewed Dockerfile и image size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содержимое build context.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67. Docker Compose: API, PostgreSQL, Redis и worker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«Docker Compose: API, PostgreSQL, Redis и worker»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Services; network; port; environment; dependency; named volume; service name DNS.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Redis недоступен, значение устарело или invalidation выполнен неверно.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Собрать воспроизводимый стек без ручной установки сервисов.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compose.yaml baseline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«compose.yaml baseline.»,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запуск на другой машине.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68. Volumes, конфигурация и секреты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«Volumes, конфигурация и секреты»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Persistent volume; bind mount; env file; configuration override; development vs test.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сборка зависит от локальной машины, сервис стартует раньше БД, секрет попадает в image, CI пропускает ошибку или healthcheck не отражает готовность.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Настроить данные БД, test configuration и безопасную передачу параметров.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Compose profiles/config guide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«Compose profiles/config guide.»,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Удалить секреты из compose-файла.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69. Healthcheck, startup order и готовность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«Healthcheck, startup order и готовность»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Process started vs ready; healthcheck; dependency condition concept; retry at client; graceful shutdown.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контейнер собрался, но сервис не готов, потерял конфигурацию или не видит зависимость.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healthchecks и устранить гонку запуска API/БД.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Healthy stack и startup incident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«Healthy stack и startup incident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рестарт одного сервиса.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70. CI: lint, type check и unit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«CI: lint, type check и unit tests»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Workflow trigger; job; step; cache; Ruff; type checker; pytest; fail fast.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quality gate падает на lint/type/test/build или ошибочно пропускает дефект.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Создать обязательный Pull Request quality gate.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CI baseline и badge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«CI baseline и badge.»,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pipeline failure из подготовленного commit.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71. CI: integration smoke и сборка образа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«CI: integration smoke и сборка образа»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Service container/Compose in CI; smoke endpoint; build image; artifact/tag concept.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quality gate падает на lint/type/test/build или ошибочно пропускает дефект.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короткий integration smoke и сборку образа после успешных проверок.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Build pipeline и release artifact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«Build pipeline и release artifact.»,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Не включать долгие E2E в каждый commit.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72. Логи, health/readiness и базовые метрики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«Логи, health/readiness и базовые метрики»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Structured logs; health/readiness; request count/duration; error count; no full monitoring platform.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контейнер собрался, но сервис не готов, потерял конфигурацию или не видит зависимость.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минимальный набор диагностики, достаточный для учебного инцидента.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Operations baseline и dashboard-free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«Operations baseline и dashboard-free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Prometheus и Grafana будут рассмотрены всей группой на подготовленном учебном стенде.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15–25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73. Preflight и независимое развёртывание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«Preflight и независимое развёртывание» как часть блока «10. Docker, CI и минимальная наблюдаемость». Основной смысл занятия — воспроизводимый запуск и автоматическая проверка backend baseline без превращения дисциплины в отдельный DevOps-курс. Последовательно разобрать: Checklist; pinned dependencies; images; migrations; seed data; smoke test; rollback note; handover.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чистый clone, Dockerfile/Compose, volumes, healthchecks, GitHub Actions workflow, structured logs и preflight script. Сначала показать исходное состояние и минимальный рабочий маршрут, затем воспроизвести контролируемый инцидент: сборка зависит от локальной машины, сервис стартует раньше БД, секрет попадает в image, CI пропускает ошибку или healthcheck не отражает готовность.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Развернуть стек из чистого клона другой командой и устранить все блокирующие проблемы.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Release platform-baseline и preflight checklist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Linux, сети, GitHub Actions, pytest, Docker и документация.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вводить Kubernetes и сложную облачную инфраструктуру. Наблюдаемость baseline ограничена логами, health/readiness и минимальными эксплуатационными проверками.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«Release platform-baseline и preflight checklist.»,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систему к проектным спринтам.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74. Спринт 1: планирование основной пользовательской функции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1: планирование основной пользовательской функции»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Sprint goal; vertical slice; frozen contract; acceptance criteria; ownership; risk.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Выбрать ключевой сценарий baseline release, декомпозировать и распределить работу.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1 backlog и branch plan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1 backlog и branch plan.»,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данные и mock-зависимости.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75. Спринт 1: реализация domain/service/API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1: реализация domain/service/API»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Domain rule; service; endpoint; DTO; fake or repository; small commits.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основную функцию вертикальным срезом.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Feature implementation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«Feature implementation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негативные сценарии.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76. Спринт 1: проверки и Pull Request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1: проверки и Pull Request»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Unit/API smoke; review checklist; traceability; regression; documentation.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проверки, открыть PR и исправить замечания.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Approved PR и test evidence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«Approved PR и test evidence.»,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демонстрацию.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77. Спринт 1: демонстрация и ретроспектива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1: демонстрация и ретроспектива»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Demo; feedback; definition of done; retrospective; technical debt.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Показать функцию и скорректировать backlog.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1 increment и retrospective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1 increment и retrospective.»,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Выбрать улучшение процесса.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78. Спринт 2: планирование persistence-сценария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2: планирование persistence-сценария»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Database contract; migration need; transaction; seed data; integration risk.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Спланировать функцию, требующую PostgreSQL и миграции.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2 persistence plan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2 persistence plan.»,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копию БД для экспериментов.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79. Спринт 2: ORM и транзакционная реализация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2: ORM и транзакционная реализация»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Repository; query; transaction; validation; conflict.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persistence-сценарий и обработать конфликт.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Persistence feature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«Persistence feature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rollback.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80. Спринт 2: миграция и данные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2: миграция и данные»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Alembic revision; data migration; upgrade test; seed; compatibility.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миграция не проходит на существующих данных или оставляет схему в частично обновлённом состоянии.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Выполнить изменение схемы и прогнать на копии данных.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Reviewed migration и seed update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«Reviewed migration и seed update.»,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recovery steps.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81. Спринт 2: review и демонстрация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2: review и демонстрация»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Integration tests; N+1 check; migration review; demo.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review слоя данных и выпустить increment.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2 increment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2 increment.»,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Зафиксировать performance risk.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82. Спринт 3: планирование защищённой функции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3: планирование защищённой функции»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User role; permission; auth contract; threat; negative test.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Выбрать функцию с RBAC и сформировать security acceptance criteria.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3 security plan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3 security plan.»,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тестовых пользователей и роли.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83. Спринт 3: реализация auth/RBAC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3: реализация auth/RBAC»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Current user; authorization; ownership; token/session.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истёкший/неверный токен, 401/403 или попытка повысить привилегии.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защищённый сценарий.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Protected feature v1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«Protected feature v1.»,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минимальные права.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84. Спринт 3: негативные security-сценарии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3: негативные security-сценарии»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401/403; privilege escalation; token replay; enumeration; safe errors.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Выполнить security test session и исправить дефекты.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Security evidence и resolved Issues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«Security evidence и resolved Issues.»,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Провести peer security review.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85. Спринт 3: contract freeze и демонстрация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3: contract freeze и демонстрация»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Auth OpenAPI; seed accounts; client guide; compatibility.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Передать стабильный auth-контракт клиентским и QA-командам.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3 increment и auth snapshot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3 increment и auth snapshot.»,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замечания клиентов.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86. Спринт 4: выбор одной инфраструктурной функции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4: выбор одной инфраструктурной функции»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Cache or background task; measurable benefit; failure mode; no technology for technology.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Выбрать только одну полезную функцию Redis/Celery для продукта.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4 infrastructure decision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4 infrastructure decision.»,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Определить поведение без инфраструктурного сервиса.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87. Спринт 4: реализация кэша или служебного состояния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4: реализация кэша или служебного состояния»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Cache-aside/TTL/rate limit; invalidation; fallback.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Redis недоступен, значение устарело или invalidation выполнен неверно.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Реализовать выбранный Redis-сценарий.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Redis feature increment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«Redis feature increment.»,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stale/outage.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88. Спринт 4: реализация фоновой задачи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4: реализация фоновой задачи»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Task lifecycle; retry; idempotency; status; logs.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одну реальную фоновую операцию.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Background feature increment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«Background feature increment.»,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duplicate execution.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89. Спринт 4: инцидент и review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4: инцидент и review»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Redis/worker outage; recovery; runbook; demo.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отказ инфраструктуры и восстановить сервис.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4 increment и incident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4 increment и incident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Упростить решение, если оно не оправдало сложность.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90. Спринт 5: синхронизация с frozen-контрактом клиентов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5: синхронизация с frozen-контрактом клиентов»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OpenAPI diff; mock/reference backend; compatibility; contract ownership.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изменение контракта ломает reference-клиент или создаёт неоднозначный response.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Сравнить student-backend с frozen snapshot и устранить несовместимости.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Contract compatibility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«Contract compatibility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Не блокировать клиентов новыми необязательными функциями.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91. Спринт 5: обратная связь Android/WPF/QA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5: обратная связь Android/WPF/QA»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Client issue; reproduction; severity; contract clarification; backward compatibility.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Обработать реальные или подготовленные Issues клиентских команд.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Resolved client Issues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«Resolved client Issues.»,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Обновить examples и changelog.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92. Спринт 5: integration smoke и seed environment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5: integration smoke и seed environment»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Seed users/data; smoke scenarios; independent test stack; reset.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Подготовить стабильный стенд и короткий набор smoke-проверок.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Reference-like student environment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«Reference-like student environment.»,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reset данных.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93. Спринт 5: демонстрация совместимости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«Спринт 5: демонстрация совместимости»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Contract demo; API client; failure response; version.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Продемонстрировать работу подготовленного клиента без доступа к внутреннему коду.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Sprint 5 increment и compatibility sign-off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«Sprint 5 increment и compatibility sign-off.»,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Зафиксировать ограничения версии.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94. Резерв: triage и план стабилизации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«Резерв: triage и план стабилизации»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Severity; priority; regression risk; technical debt; release blocker.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Собрать единый backlog дефектов и определить блокирующие проблемы.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Stabilization board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«Stabilization board.»,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владельцев исправлений.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95. Резерв: командный bug bash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«Резерв: командный bug bash»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Exploratory testing; API/DB/auth/cache/background; evidence; reproduction.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bug bash и зарегистрировать воспроизводимые дефекты.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Bug bash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«Bug bash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критические дефекты.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96. Резерв: миграции, seed и восстановление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«Резерв: миграции, seed и восстановление»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Fresh DB; upgrade existing DB; failed migration; backup/restore; seed.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миграция не проходит на существующих данных или оставляет схему в частично обновлённом состоянии.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Прогнать clean install и recovery rehearsal.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Database release rehearsal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«Database release rehearsal.»,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Обновить runbook.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97. Резерв: измерение и устранение одного узкого места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«Резерв: измерение и устранение одного узкого места»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Baseline measurement; slow query; blocking I/O; cache value; before/after.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Измерить один реальный bottleneck и выполнить только доказанное улучшение.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Performance before/after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«Performance before/after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Не добавлять оптимизацию без измерений.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98. Резерв: security и secrets review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«Резерв: security и secrets review»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Dependency scan concept; secrets; permissions; auth; logs; unsafe configuration.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Провести финальный security checklist и исправить блокеры.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Security sign-off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«Security sign-off.»,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Проверить release-конфигурацию.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99. Резерв: документация, handover и baseline release candidate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«Резерв: документация, handover и baseline release candidate» как часть блока «11. Проектные спринты, резерв и стабилизация». Основной смысл занятия — закрепление обязательного core через вертикальные инкременты, review, реальные дефекты, восстановление и передачу проекта. Последовательно разобрать: README; OpenAPI; env; migrations; seed; operations; known issues; release notes.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единый backlog, frozen contracts, hidden defects, review checklist, clean environment, migration copy и release template. Сначала показать исходное состояние и минимальный рабочий маршрут, затем воспроизвести контролируемый инцидент: команда расширяет scope вместо стабилизации, контракт расходится с клиентами, дефект не воспроизводится или проект не разворачивается другой командой.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Передать проект другой команде и добиться самостоятельного развёртывания.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Backend release candidate и handover checklist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Весь обязательный baseline, Git-flow, QA, UML, Android/WPF contracts и командная работа.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Не добавлять новые технологии и необязательные функции во время стабилизации. Приоритет — core, совместимость, regression evidence, recovery и handover.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«Backend release candidate и handover checklist.»,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Исправить проблемы воспроизводимости.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100. Production-практикум: платёжный сценарий в sandbox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платёжный сценарий в sandbox»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Payment intent; sandbox; create/confirm/cancel; internal status; external status; тестовые данные; запрет реальных платежей.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событие приходит повторно, с неверной подписью или в неожиданном порядке.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На подготовленном симуляторе пройти создание, подтверждение и отмену операции; сопоставить внешние и внутренние статусы.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Sandbox payment flow и таблица статусов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Pydantic, SQLAlchemy, HTTPX, Git и contract review.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«Sandbox payment flow и таблица статусов.»,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Подготовить негативный сценарий отменённой или неуспешной операции.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101. Production-практикум: подписанный webhook, дубли и reconciliation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подписанный webhook, дубли и reconciliation»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Webhook signature; event ID; duplicate delivery; idempotency; ordering; audit log; reconciliation concept.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quality gate падает на lint/type/test/build или ошибочно пропускает дефект.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Принять подписанное событие симулятора, повторить его несколько раз и выполнить сверку локального статуса.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Idempotent webhook processor и reconciliation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SQLAlchemy, generic webhook baseline, Git и security testing.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«Idempotent webhook processor и reconciliation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Смоделировать событие с неверной подписью и событие, пришедшее не по порядку.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102. Production-практикум: RabbitMQ — exchange, queue и routing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RabbitMQ — exchange, queue и routing»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Message broker; producer/consumer; exchange; queue; routing key; binding; acknowledgement; отличие RabbitMQ от Redis.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worker остановлен, сообщение доставлено повторно или задача зависла.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Запустить подготовленный RabbitMQ-стенд, отправить сообщения через exchange и проверить маршрутизацию в несколько очередей.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RabbitMQ routing lab и схема обмена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Очереди, Celery baseline, Docker Compose, Git и сетевые знания.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«RabbitMQ routing lab и схема обмена.»,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Объяснить выбор Redis или RabbitMQ для трёх сценариев.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103. Production-практикум: Celery с RabbitMQ — retry и восстановление worker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Celery с RabbitMQ — retry и восстановление worker»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Celery broker switch; acknowledgement; retry; prefetch concept; dead-letter overview; worker loss; duplicate execution.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worker остановлен, сообщение доставлено повторно или задача зависла.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Переключить учебную задачу на RabbitMQ, остановить worker, восстановить обработку и проверить идемпотентность.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RabbitMQ worker incident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Celery, RabbitMQ, Docker, logging и Git.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«RabbitMQ worker incident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Зафиксировать настройки, которые нужны только production-углублению.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104. Production-практикум: Prometheus — технические и прикладные метрики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Prometheus — технические и прикладные метрики»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Counter; gauge; histogram; request count; duration; error rate; business metric; cardinality risk; /metrics.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растёт latency/error rate, метрика имеет опасную cardinality или лог не коррелирует с запросом.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Добавить минимальный endpoint метрик и снять показатели нескольких запросов и одной фоновой задачи.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Prometheus metrics lab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FastAPI, middleware, logging, Docker Compose и Git.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«Prometheus metrics lab.»,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Найти пример опасной high-cardinality label.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105. Production-практикум: Grafana — диагностика инцидента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Grafana — диагностика инцидента»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Data source; dashboard; latency; error rate; worker status; threshold; alert overview; correlation with logs.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растёт latency/error rate, метрика имеет опасную cardinality или лог не коррелирует с запросом.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Подключить готовую Grafana, собрать небольшую панель и найти подготовленный инцидент по метрикам и логам.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Учебный dashboard и incident evidence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Prometheus, structured logging, correlation ID, Docker и Git.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«Учебный dashboard и incident evidence.»,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Сформулировать два полезных условия оповещения без настройки сложной alert-системы.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106. Production-практикум: устойчивость внешнего API — timeout, retry и backoff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устойчивость внешнего API — timeout, retry и backoff»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Timeout budget; transient/permanent error; bounded retry; exponential backoff; jitter concept; idempotency; fallback.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внешний API зависает, возвращает постоянную ошибку или небезопасная операция повторяется.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На mock server воспроизвести timeout и временную ошибку; настроить ограниченный retry только для безопасной операции.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External API resilience matrix и tests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HTTPX, adapters, mock server, Pydantic и Git.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«External API resilience matrix и tests.»,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Определить операции, которые нельзя автоматически повторять.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107. Production-практикум: circuit breaker и contract testing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circuit breaker и contract testing»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Circuit breaker states; failure threshold; recovery timeout; fallback; contract snapshot; mock/stub; dependency isolation.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quality gate падает на lint/type/test/build или ошибочно пропускает дефект.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Исследовать готовую реализацию circuit breaker, вызвать серию отказов и проверить восстановление; выполнить contract check.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Circuit breaker experiment и contract report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External adapters, pytest, OpenAPI/JSON examples, Git и diagnostics.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«Circuit breaker experiment и contract report.»,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Объяснить, когда circuit breaker создаёт лишнюю сложность.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108. Production-практикум: пакетная обработка, прогресс и статусы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«Production-практикум: пакетная обработка, прогресс и статусы»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Large input; chunk; streaming; task status; progress; partial error; restart; queued/processing/done/failed.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одна повреждённая запись останавливает весь импорт или прогресс теряется после перезапуска.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Обработать подготовленный большой файл частями, сохранять прогресс и продолжать после одной ошибочной записи.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Bulk processing lab и status API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Generators, Celery, PostgreSQL/Redis status, logging и Git. Git: Issue → ветка → осмысленные коммиты → Pull Request → review.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«Bulk processing lab и status API.»,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Сравнить обработку целиком и chunks по памяти и восстановлению.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60"/>
      </w:pPr>
      <w:r>
        <w:rPr>
          <w:rFonts w:ascii="Times New Roman" w:hAnsi="Times New Roman"/>
          <w:b/>
          <w:color w:val="000000"/>
          <w:sz w:val="24"/>
        </w:rPr>
        <w:t>Занятие 109. Итоговый production-практикум и защита backend baseline release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рассказать и объяснить: </w:t>
      </w:r>
      <w:r>
        <w:rPr>
          <w:rFonts w:ascii="Times New Roman" w:hAnsi="Times New Roman"/>
          <w:color w:val="000000"/>
          <w:sz w:val="20"/>
        </w:rPr>
        <w:t>Раскрыть тему «Итоговый production-практикум и защита backend baseline release» как часть блока «12. Общее production-знакомство и интеграция». Основной смысл занятия — широкое знакомство всей группы с production-механизмами на компактных подготовленных лабораториях без требования строить отдельные платформы. Последовательно разобрать: Связь baseline и расширений; payments; RabbitMQ; metrics; external resilience; bulk processing; graceful degradation; limits. Связать понятия с текущим backend baseline release: где решение находится в коде, какие данные или зависимости проходят через него и какой риск возникает при неверном применении. До практики зафиксировать критерии готовности, основной сценарий и ожидаемый отказ.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показать: </w:t>
      </w:r>
      <w:r>
        <w:rPr>
          <w:rFonts w:ascii="Times New Roman" w:hAnsi="Times New Roman"/>
          <w:color w:val="000000"/>
          <w:sz w:val="20"/>
        </w:rPr>
        <w:t>Подготовить sandbox payment simulator, RabbitMQ Compose, Prometheus/Grafana стенд, mock server с отказами и подготовленный большой файл. Сначала показать исходное состояние и минимальный рабочий маршрут, затем воспроизвести контролируемый инцидент: дубликат или неверная подпись webhook, потеря worker, всплеск ошибок, неправильный retry, открытый circuit или частично повреждённый пакет данных. Диагностику провести по цепочке «симптом → доказательства → гипотеза → минимальное исправление → повторный тест». Отдельно показать Issue, ветку, небольшие коммиты, Pull Request, review, тесты/логи и способ вернуть стенд в исходное состояние.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Практическая работа: </w:t>
      </w:r>
      <w:r>
        <w:rPr>
          <w:rFonts w:ascii="Times New Roman" w:hAnsi="Times New Roman"/>
          <w:color w:val="000000"/>
          <w:sz w:val="20"/>
        </w:rPr>
        <w:t>Развернуть core release, последовательно показать все пять учебных расширений на подготовленных стендах и доказать, что core работает при их отключении.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Что сдаёт студент: </w:t>
      </w:r>
      <w:r>
        <w:rPr>
          <w:rFonts w:ascii="Times New Roman" w:hAnsi="Times New Roman"/>
          <w:color w:val="000000"/>
          <w:sz w:val="20"/>
        </w:rPr>
        <w:t>Backend baseline release v1.0, общий production-report и защита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Связь с предыдущими навыками и Git: </w:t>
      </w:r>
      <w:r>
        <w:rPr>
          <w:rFonts w:ascii="Times New Roman" w:hAnsi="Times New Roman"/>
          <w:color w:val="000000"/>
          <w:sz w:val="20"/>
        </w:rPr>
        <w:t>Все навыки курса, Git, Docker, документация, тестирование и индивидуальная защита. Работа должна запускаться повторно и не зависеть от устных подсказок преподавателя.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Ограничения и методические акценты: </w:t>
      </w:r>
      <w:r>
        <w:rPr>
          <w:rFonts w:ascii="Times New Roman" w:hAnsi="Times New Roman"/>
          <w:color w:val="000000"/>
          <w:sz w:val="20"/>
        </w:rPr>
        <w:t>Каждая технология занимает 1–2 пары и рассматривается на заданном стенде. Не требуется production-grade payment service, broker platform, monitoring platform или distributed batch pipeline. Не принимать копирование готового фрагмента без объяснения входов, выхода, состояния и failure path. Расширенные возможности обозначать как направление дальнейшего изучения, если они не нужны для результата пары. Оценивать простоту, воспроизводимость и соответствие frozen-контракту выше количества библиотек и абстракций.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Контроль и продолжение: </w:t>
      </w:r>
      <w:r>
        <w:rPr>
          <w:rFonts w:ascii="Times New Roman" w:hAnsi="Times New Roman"/>
          <w:color w:val="000000"/>
          <w:sz w:val="20"/>
        </w:rPr>
        <w:t>Принять работу через демонстрацию артефакта «Backend baseline release v1.0, общий production-report и защита.», запуск из чистого или контрольного состояния, основной сценарий и минимум один контролируемый отказ. Проверить Pull Request/review и попросить студента объяснить причину решения, его ограничения и способ отката. Продолжение: Индивидуальная рефлексия: какие темы требуют дальнейшего углубления. Следующее занятие начать с короткой проверки воспроизводимости и исправления замечаний.</w:t>
      </w:r>
    </w:p>
    <w:p>
      <w:pPr>
        <w:spacing w:after="40" w:line="240" w:lineRule="auto"/>
      </w:pPr>
      <w:r>
        <w:rPr>
          <w:rFonts w:ascii="Times New Roman" w:hAnsi="Times New Roman"/>
          <w:b/>
          <w:color w:val="000000"/>
          <w:sz w:val="20"/>
        </w:rPr>
        <w:t xml:space="preserve">Рекомендуемый тайминг: </w:t>
      </w:r>
      <w:r>
        <w:rPr>
          <w:rFonts w:ascii="Times New Roman" w:hAnsi="Times New Roman"/>
          <w:color w:val="000000"/>
          <w:sz w:val="20"/>
        </w:rPr>
        <w:t>10–15 минут на разбор и демонстрацию, 55–70 минут на самостоятельную или парную реализацию, оставшееся время — на негативный сценарий, review и фиксацию evidence</w:t>
      </w: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8. Практические работы и система контроля</w:t>
      </w:r>
    </w:p>
    <w:p>
      <w:pPr>
        <w:spacing w:after="60" w:line="252" w:lineRule="auto"/>
      </w:pPr>
      <w:r>
        <w:rPr>
          <w:rFonts w:ascii="Times New Roman" w:hAnsi="Times New Roman" w:eastAsia="Times New Roman"/>
          <w:color w:val="000000"/>
          <w:sz w:val="21"/>
        </w:rPr>
        <w:t>Балльная система собирает доказательства по ходу курса. Дополнительные production-лаборатории не компенсируют неработающий core: сначала подтверждаются API, БД, auth, Redis/Celery и воспроизводимый стек, затем оценивается понимание расширений.</w:t>
      </w:r>
    </w:p>
    <w:p>
      <w:pPr>
        <w:sectPr>
          <w:headerReference w:type="default" r:id="rId13"/>
          <w:footerReference w:type="default" r:id="rId14"/>
          <w:pgSz w:w="11906" w:h="16838"/>
          <w:pgMar w:top="907" w:right="850" w:bottom="907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  <w:gridCol w:w="1949"/>
        <w:gridCol w:w="1949"/>
        <w:gridCol w:w="1949"/>
      </w:tblGrid>
      <w:tr>
        <w:trPr>
          <w:tblHeader w:val="true"/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Модуль / контрольный блок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Формат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Основной результат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Git-активность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Балл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Критерии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Старт проекта и независимый учебный стенд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1–4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Независимый starter-стенд, frozen-контракт и рабочий Git-flow.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Python bridge и рефакторинг существующего кода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5–12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Типизированный Python-модуль после безопасного рефакторинга.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Архитектура, конфигурация и диагностика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13–18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Модульная архитектура, конфигурация и диагностическая модель.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Pydantic и FastAPI: обязательное API-ядро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19–32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Рабочее API-ядро FastAPI/OpenAPI с двумя вертикальными функциями.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8.1. Продолжение: контрольные блоки 5–8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  <w:gridCol w:w="1949"/>
        <w:gridCol w:w="1949"/>
        <w:gridCol w:w="1949"/>
      </w:tblGrid>
      <w:tr>
        <w:trPr>
          <w:tblHeader w:val="true"/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Модуль / контрольный блок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Формат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Основной результат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Git-активность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Балл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Критерии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SQLAlchemy и Alembic: persistence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33–44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Persistence baseline SQLAlchemy/Alembic на подготовленной PostgreSQL-схеме.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Аутентификация и RBAC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45–51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Стабильный auth/RBAC-контракт для клиентов.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Внешние API и generic webhooks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52–56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Изолированная внешняя интеграция и generic webhook через mock server.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Redis: кэш и служебное состояние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57–60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Один прикладной Redis-сценарий с деградированным режимом.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8.2. Продолжение: контрольные блоки 9–12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  <w:gridCol w:w="1949"/>
        <w:gridCol w:w="1949"/>
        <w:gridCol w:w="1949"/>
      </w:tblGrid>
      <w:tr>
        <w:trPr>
          <w:tblHeader w:val="true"/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Модуль / контрольный блок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Формат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Основной результат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Git-активность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Балл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Критерии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Фоновые задачи: минимально необходимый уровень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61–64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Одна надёжная фоновая задача Celery.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Docker, CI и минимальная наблюдаемость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65–73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Обязательный baseline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Воспроизводимый Docker/CI/operations baseline.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11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Проектные спринты, резерв и стабилизация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74–99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Проектные спринты / резерв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Пять инкрементов, стабилизация, handover и release candidate.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15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работающий результат и объяснение решений; необязательные технологии не требуются одновременно.</w:t>
            </w:r>
          </w:p>
        </w:tc>
      </w:tr>
      <w:tr>
        <w:trPr>
          <w:cantSplit/>
        </w:trPr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Общее production-знакомство и интеграция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100–109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Общий обязательный практикум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Все студенты изучили sandbox-платежи, RabbitMQ, Prometheus/Grafana, resilience и bulk-processing.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Issues + ветки + Pull Requests + review + защита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1949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Оценивается понимание назначения, базовая лаборатория и диагностика; полноценные production-подсистемы не требуются.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8.4. Рекомендуемая шкала оценивания</w:t>
      </w:r>
    </w:p>
    <w:p>
      <w:pPr>
        <w:sectPr>
          <w:headerReference w:type="default" r:id="rId15"/>
          <w:footerReference w:type="default" r:id="rId16"/>
          <w:pgSz w:w="16838" w:h="11906" w:orient="landscape"/>
          <w:pgMar w:top="680" w:right="624" w:bottom="680" w:left="62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rPr>
          <w:tblHeader w:val="true"/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Баллы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Оценка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Условие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Комментарий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90–100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Baseline устойчив, все расширения изучены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Core воспроизводим; студент понимает payment webhook, RabbitMQ, метрики, resilience и пакетную обработку.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75–89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Основные вертикальные функции и инфраструктура работают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Допускаются отдельные недочёты в одной расширенной лаборатории или документации.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60–74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API, БД, auth и основной стенд собраны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Есть пробелы в Git-flow, Docker/CI, Redis/Celery либо понимании production-расширений.</w:t>
            </w:r>
          </w:p>
        </w:tc>
      </w:tr>
      <w:tr>
        <w:trPr>
          <w:cantSplit/>
        </w:trPr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0–59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Baseline не подтверждён</w:t>
            </w:r>
          </w:p>
        </w:tc>
        <w:tc>
          <w:tcPr>
            <w:tcW w:type="dxa" w:w="2480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Знакомство с дополнительными технологиями не компенсирует неработающий core.</w:t>
            </w:r>
          </w:p>
        </w:tc>
      </w:tr>
    </w:tbl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tblHeader w:val="true"/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ОБЯЗАТЕЛЬНЫЕ ЭТАПЫ ЗАЩИТЫ МОДУЛЯ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 Развернуть core-сервис из чистого клона.</w:t>
              <w:br/>
              <w:t>2. Продемонстрировать FastAPI, PostgreSQL, auth, Redis и Celery.</w:t>
              <w:br/>
              <w:t>3. Показать sandbox payment webhook и обработку дубля.</w:t>
              <w:br/>
              <w:t>4. Объяснить exchange, queue, routing key и восстановление RabbitMQ worker.</w:t>
              <w:br/>
              <w:t>5. Найти учебный инцидент через Prometheus/Grafana и логи.</w:t>
              <w:br/>
              <w:t>6. Показать timeout/retry внешнего API и пакетную обработку файла.</w:t>
              <w:br/>
              <w:t>7. Индивидуально объяснить, какие механизмы являются baseline, а какие требуют дальнейшего углубления.</w:t>
            </w:r>
          </w:p>
        </w:tc>
      </w:tr>
    </w:tbl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9. Соответствие исходным темам и результатам аудита</w:t>
      </w:r>
    </w:p>
    <w:p>
      <w:pPr>
        <w:spacing w:after="60" w:line="252" w:lineRule="auto"/>
      </w:pPr>
      <w:r>
        <w:rPr>
          <w:rFonts w:ascii="Times New Roman" w:hAnsi="Times New Roman" w:eastAsia="Times New Roman"/>
          <w:color w:val="000000"/>
          <w:sz w:val="21"/>
        </w:rPr>
        <w:t>Все исходные блоки сохранены, но часть тем объединена и ограничена по глубине. Таблица показывает, как исходные часы раскрываются в новой последовательности и какие зависимости между дисциплинами сняты.</w:t>
      </w:r>
    </w:p>
    <w:p>
      <w:pPr>
        <w:sectPr>
          <w:headerReference w:type="default" r:id="rId17"/>
          <w:footerReference w:type="default" r:id="rId18"/>
          <w:pgSz w:w="11906" w:h="16838"/>
          <w:pgMar w:top="907" w:right="850" w:bottom="907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blHeader w:val="true"/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Исходный блок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Исходные часы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 КТП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учтено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исключено / перенесено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Практический результат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Требования и организация проекта — 8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1–4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Сохранено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Добавлены frozen OpenAPI, mock/reference service, seed data и baseline/advanced scope.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Независимый старт проекта без ожидания других дисциплин.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Продвинутый Python и ООП — 20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5–12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Сокращено на 4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Убрано отдельное углубление в редкие языковые механизмы; темы объединены в прикладной bridge и рефакторинг.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Достаточный Python-базис для backend без повторения первого курса.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SOLID и рефакторинг — 16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16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13–18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Объединено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SOLID больше не отдельный большой каталог: используется в архитектурных review и клиниках.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Меньше абстрактной теории, больше исправления реального кода.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Архитектура, конфигурация и логирование — 14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13–18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Объединено с SOLID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Сохранены слои, DI, settings, secrets, structured logging и ADR.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Единый архитектурно-диагностический блок.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9.1. Продолжение: блоки аудита 5–8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blHeader w:val="true"/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Исходный блок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Исходные часы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 КТП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учтено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исключено / перенесено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Практический результат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Pydantic — 10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19–32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Объединено с FastAPI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Pydantic изучается в момент проектирования endpoint и контракта.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Нет разрыва между схемой данных и API.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FastAPI — 18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19–32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Сохранено и усилено практикой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Внутри 28-часового API-ядра; две вертикальные функции и клиника.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Обязательное API-ядро для всей группы.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SQLAlchemy — 20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33–44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Объединено с Alembic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Используется starter schema; ERD и SQL не повторяются.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Persistence baseline без зависимости от темпа ОП.08.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Alembic — 8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33–44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Объединено с SQLAlchemy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Оставлены migration, data migration, rollback и командный конфликт.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Миграции изучаются в контексте реального изменения модели.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9.2. Продолжение: блоки аудита 9–12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blHeader w:val="true"/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Исходный блок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Исходные часы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 КТП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учтено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исключено / перенесено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Практический результат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REST, OpenAPI и внешние клиенты — 14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52–56 и 19–32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Разделено и сокращено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REST/OpenAPI включены в FastAPI; внешние клиенты оставлены отдельным компактным блоком.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Контракты без повторения HTTP-теории.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Аутентификация и RBAC — 18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18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45–51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Сокращено на 4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Оставлен рабочий access/refresh/RBAC baseline; сложная session platform исключена.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Стабильный auth-контракт для клиентов.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11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 — 10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57–60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Сокращено на 2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Обязателен один полезный сценарий и degraded mode; cluster/persistence не входят.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 применяется осмысленно, а не как набор команд.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Очереди и фоновые задачи — 12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61–64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Сокращено на 4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Обязательна одна Celery-задача с retry/idempotency. RabbitMQ и routing изучаются всей группой в двух общих практических парах на подготовленном стенде.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Минимально достаточная фоновая обработка плюс общее понимание RabbitMQ.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9.3. Продолжение: блоки аудита 13–16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blHeader w:val="true"/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Исходный блок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Исходные часы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Пары КТП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учтено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Что исключено / перенесено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Практический результат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Docker — 14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65–73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Объединено с CI/operations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Сохранены Dockerfile, Compose, volumes, healthchecks и handover.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Воспроизводимый стенд без отдельного DevOps-курса.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Платёжная интеграция и webhooks — 12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55 и 100–109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Перенесено в общий расширенный блок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Все студенты проходят sandbox payment-flow и idempotent webhook, но не строят полноценный платёжный сервис.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Общее прикладное знакомство с платежной интеграцией без зависимости от реального провайдера.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15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 и наблюдаемость — 12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65–73 и 100–109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Разгружено по глубине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Baseline: lint/type/tests/build, logs и health. В общем расширении: Prometheus, Grafana и учебный инцидент.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Все студенты видят observability stack, но не обязаны строить production monitoring platform.</w:t>
            </w:r>
          </w:p>
        </w:tc>
      </w:tr>
      <w:tr>
        <w:trPr>
          <w:cantSplit/>
        </w:trPr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16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Командная интеграция и release — 12 ч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74–99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Сильно расширено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Добавлены пять спринтов, резерв, bug bash, recovery, security review и handover.</w:t>
            </w:r>
          </w:p>
        </w:tc>
        <w:tc>
          <w:tcPr>
            <w:tcW w:type="dxa" w:w="222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Освобождённые часы превращены в реальное закрепление, а не новые технологии.</w:t>
            </w:r>
          </w:p>
        </w:tc>
      </w:tr>
    </w:tbl>
    <w:p>
      <w:pPr>
        <w:sectPr>
          <w:headerReference w:type="default" r:id="rId19"/>
          <w:footerReference w:type="default" r:id="rId20"/>
          <w:pgSz w:w="16838" w:h="11906" w:orient="landscape"/>
          <w:pgMar w:top="680" w:right="624" w:bottom="680" w:left="62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tblHeader w:val="true"/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ГЛАВНОЕ ИЗМЕНЕНИЕ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Программа остаётся единой для всей группы. Платежи, RabbitMQ, Prometheus/Grafana, устойчивость внешних API и пакетная обработка не исключены и не распределены между командами — все проходят их на одинаковых подготовленных стендах. Разгрузка достигается ограничением глубины, а core release остаётся главным результатом курса.</w:t>
            </w:r>
          </w:p>
        </w:tc>
      </w:tr>
    </w:tbl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10. Подготовка преподавателя и требования к учебной лаборатории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rPr>
          <w:tblHeader w:val="true"/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Актив / стенд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Что подготовить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Методическое назначение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Starter repository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Зафиксированный Python, pinned dependencies, README, .env.example, smoke tests и intentionally broken branches.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Студент начинает с воспроизводимого состояния, а ошибки пары можно повторить и откатить.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Frozen contract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OpenAPI snapshot, JSON examples, seed users, reference backend и mock server.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QA/Android/WPF не зависят от темпа student-backend; compatibility проверяется явно.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PostgreSQL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Compose, schema snapshot, seed DB, backup и копии для migration/recovery.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Ошибочные миграции не повреждают рабочие данные; есть понятный reset.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Redis/Celery/RabbitMQ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Локальные контейнеры, тестовые очереди, ограниченные ресурсы и сценарии остановки worker/broker.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Инциденты выполняются безопасно и воспроизводимо без внешней инфраструктуры.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Payments/webhooks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Sandbox simulator, тестовые ключи, signer, duplicate/out-of-order events.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Запрещены реальные платёжные реквизиты и денежные операции.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Observability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Готовые Prometheus/Grafana dashboards, генератор нагрузки и подготовленный инцидент.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Студент диагностирует сигнал, а не тратит занятие на сборку monitoring platform.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CI и release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GitHub Actions template, clean runner assumptions, release checklist и handover rubric.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Проверяется независимость от компьютера автора и способность другой команды развернуть сервис.</w:t>
            </w:r>
          </w:p>
        </w:tc>
      </w:tr>
      <w:tr>
        <w:trPr>
          <w:cantSplit/>
        </w:trPr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Секреты и данные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Только учебные токены и обезличенные seed-данные; секреты вне репозитория и логов.</w:t>
            </w:r>
          </w:p>
        </w:tc>
        <w:tc>
          <w:tcPr>
            <w:tcW w:type="dxa" w:w="3307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Любая утечка учебного секрета используется как повод для rotation и исправления процесса.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10.1. Универсальная последовательность диагностики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22"/>
      </w:tblGrid>
      <w:tr>
        <w:trPr>
          <w:tblHeader w:val="true"/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ДИАГНОСТИЧЕСКИЙ МАРШРУТ</w:t>
            </w:r>
          </w:p>
        </w:tc>
      </w:tr>
      <w:tr>
        <w:trPr>
          <w:cantSplit/>
        </w:trPr>
        <w:tc>
          <w:tcPr>
            <w:tcW w:type="dxa" w:w="9922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 Воспроизвести пользовательский симптом.</w:t>
              <w:br/>
              <w:t>2. Зафиксировать ожидаемый и фактический результат.</w:t>
              <w:br/>
              <w:t>3. Проверить конфигурацию, контракт и входные данные.</w:t>
              <w:br/>
              <w:t>4. Найти trace/request/task/event ID.</w:t>
              <w:br/>
              <w:t>5. Проверить логи, HTTP-response, состояние БД/кэша/очереди и метрики.</w:t>
              <w:br/>
              <w:t>6. Сформулировать одну проверяемую гипотезу.</w:t>
              <w:br/>
              <w:t>7. Выполнить минимальное обратимое исправление.</w:t>
              <w:br/>
              <w:t>8. Повторить исходный тест и regression smoke.</w:t>
              <w:br/>
              <w:t>9. Оформить Issue/PR и обновить runbook.</w:t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10.2. Ограничения безопасности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Не использовать production-секреты, реальные платёжные данные, персональные данные и публичные очереди/базы без изоляции.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Не запускать destructive migration, массовое удаление, нагрузочное тестирование и сканирование за пределами учебного Compose/VM.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Не отключать SSL verification, authentication, firewall или защитные настройки как постоянное «исправление».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Каждый отказ должен иметь заранее подготовленный сценарий возврата: reset, seed, backup/restore, snapshot или чистый clone.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Логи, screenshots и отчёты не должны содержать пароли, access/refresh tokens, ключи webhook и чувствительные данные.</w:t>
      </w:r>
    </w:p>
    <w:p>
      <w:pPr>
        <w:spacing w:after="60" w:line="252" w:lineRule="auto"/>
        <w:ind w:left="340" w:hanging="227"/>
      </w:pPr>
      <w:r>
        <w:rPr>
          <w:rFonts w:ascii="Times New Roman" w:hAnsi="Times New Roman" w:eastAsia="Times New Roman"/>
          <w:color w:val="000000"/>
          <w:sz w:val="21"/>
        </w:rPr>
        <w:t>• Любое внешнее действие с возможной стоимостью, квотой или блокировкой заменяется sandbox/mock/recorded response.</w:t>
      </w:r>
    </w:p>
    <w:p>
      <w:pPr>
        <w:keepNext/>
        <w:spacing w:before="160" w:after="80"/>
      </w:pPr>
      <w:r>
        <w:rPr>
          <w:rFonts w:ascii="Times New Roman" w:hAnsi="Times New Roman" w:eastAsia="Times New Roman"/>
          <w:b/>
          <w:color w:val="000000"/>
          <w:sz w:val="28"/>
        </w:rPr>
        <w:t>11. Журнал плановых и фактических дат</w:t>
      </w:r>
    </w:p>
    <w:p>
      <w:pPr>
        <w:spacing w:after="60" w:line="252" w:lineRule="auto"/>
      </w:pPr>
      <w:r>
        <w:rPr>
          <w:rFonts w:ascii="Times New Roman" w:hAnsi="Times New Roman" w:eastAsia="Times New Roman"/>
          <w:color w:val="000000"/>
          <w:sz w:val="21"/>
        </w:rPr>
        <w:t>Рабочая таблица заполняется преподавателем по мере проведения занятий. Темы и часы соответствуют детальному КТП; переносы и объединения фиксируются в примечании без изменения общей трудоёмкости дисциплины.</w:t>
      </w:r>
    </w:p>
    <w:p>
      <w:pPr>
        <w:sectPr>
          <w:headerReference w:type="default" r:id="rId21"/>
          <w:footerReference w:type="default" r:id="rId22"/>
          <w:pgSz w:w="11906" w:h="16838"/>
          <w:pgMar w:top="907" w:right="850" w:bottom="907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Аудит стартового репозитория и воспроизводимый запуск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Замороженный контракт: домен, OpenAPI, примеры JSON и seed-данные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Вертикальные функции и backlog без лишнего объёма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Git-flow, Definition of Done и независимые заглушки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Структура пакета и типизированный публичный интерфейс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dataclass, Enum и value objects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Доменные ошибки и безопасное управление ресурсами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Protocol, ABC и внедрение зависимостей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Асинхронный I/O, timeout и отмена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Генераторы и потоковый импорт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Прикладные декораторы без отдельного мини-курса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Клиника рефакторинга Python-модуля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Границы domain, application, infrastructure и presentation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Repository, service layer и composition root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Конфигурация через environment и Settings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Секреты и безопасная локальная разработка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Структурированные логи, request ID и единая модель ошибок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Архитектурная клиника и исправление связности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11.1. Продолжение: занятия 19–36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Pydantic-модели входа и выхода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Ограничения полей и пользовательская валидация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FastAPI-приложение, router и первый endpoint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Path, query, header и request body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Dependency Injection в FastAPI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Exception handlers и единый формат ошибки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Middleware и жизненный цикл приложения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Асинхронные endpoints и отсутствие блокировок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Pagination, filtering и sorting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OpenAPI, примеры и документация контракта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Версионирование и совместимость API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Вертикальный срез API №1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Вертикальный срез API №2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API-клиника: стабилизация baseline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Стартовая схема PostgreSQL и контракт данных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Engine, session и declarative mapping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Типы, ограничения и связи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Session boundary и Unit of Work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11.2. Продолжение: занятия 37–54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Repository CRUD без утечки ORM в API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Запросы, фильтрация и pagination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39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JOIN, eager loading и N+1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Транзакции и конкурентные изменения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Асинхронный SQLAlchemy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Alembic: базовая история схемы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Data migration, rollback и командный конфликт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Persistence-клиника и восстановление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Модель пользователя и безопасное хранение пароля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Login и access token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Refresh, logout и отзыв сессии на базовом уровне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Текущий пользователь и защита endpoint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49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Роли и права доступа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Негативные security-сценарии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Auth-клиника и frozen contract для клиентов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HTTP-клиент, timeout и безопасная конфигурация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Adapter и изоляция внешнего контракта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Retry, backoff и идемпотентность на обязательном уровне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11.3. Продолжение: занятия 55–72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Generic webhook: приём, подпись и повторная доставка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Интеграционная клиника без зависимости от реального провайдера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Ключи, структуры данных и TTL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Cache-aside и инвалидация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59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Одноразовый код подтверждения в Redis: TTL и повторная проверка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Redis-инцидент и деградация без падения продукта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Когда нужна фоновая задача, а когда достаточно обычного endpoint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Celery с Redis broker: producer, worker и task lifecycle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Retry, идемпотентность и состояние задачи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Worker-инцидент и восстановление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Dockerfile и воспроизводимая сборка API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Слои, .dockerignore и безопасный контекст сборки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Docker Compose: API, PostgreSQL, Redis и worker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Volumes, конфигурация и секреты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69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Healthcheck, startup order и готовность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CI: lint, type check и unit tests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CI: integration smoke и сборка образа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Логи, health/readiness и базовые метрики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11.4. Продолжение: занятия 73–90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Preflight и независимое развёртывание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планирование основной пользовательской функции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реализация domain/service/API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проверки и Pull Request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1: демонстрация и ретроспектива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планирование persistence-сценария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79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ORM и транзакционная реализация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миграция и данные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2: review и демонстрация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планирование защищённой функции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реализация auth/RBAC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негативные security-сценарии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3: contract freeze и демонстрация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выбор одной инфраструктурной функции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реализация кэша или служебного состояния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реализация фоновой задачи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89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4: инцидент и review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синхронизация с frozen-контрактом клиентов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11.5. Продолжение: занятия 91–108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обратная связь Android/WPF/QA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integration smoke и seed environment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Спринт 5: демонстрация совместимости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triage и план стабилизации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командный bug bash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миграции, seed и восстановление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измерение и устранение одного узкого места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security и secrets review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99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Резерв: документация, handover и baseline release candidate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100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платёжный сценарий в sandbox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101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подписанный webhook, дубли и reconciliation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RabbitMQ — exchange, queue и routing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103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Celery с RabbitMQ — retry и восстановление worker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104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Prometheus — технические и прикладные метрики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105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Grafana — диагностика инцидента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106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устойчивость внешнего API — timeout, retry и backoff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107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circuit breaker и contract testing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108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Production-практикум: пакетная обработка, прогресс и статусы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p>
      <w:pPr>
        <w:keepNext/>
        <w:spacing w:before="120" w:after="80"/>
      </w:pPr>
      <w:r>
        <w:rPr>
          <w:rFonts w:ascii="Times New Roman" w:hAnsi="Times New Roman" w:eastAsia="Times New Roman"/>
          <w:b/>
          <w:color w:val="000000"/>
          <w:sz w:val="24"/>
        </w:rPr>
        <w:t>11.6. Продолжение: занятия 109–109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blHeader w:val="true"/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№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Тема занятия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Часы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плану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Дата по факту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shd w:fill="D9D9D9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Подпись / примечание</w:t>
            </w:r>
          </w:p>
        </w:tc>
      </w:tr>
      <w:tr>
        <w:trPr>
          <w:cantSplit/>
        </w:trPr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109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Итоговый production-практикум и защита backend baseline release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  <w:t>2</w:t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  <w:tc>
          <w:tcPr>
            <w:tcW w:type="dxa" w:w="2598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5"/>
              </w:rPr>
            </w:r>
          </w:p>
        </w:tc>
      </w:tr>
    </w:tbl>
    <w:sectPr w:rsidR="00FC693F" w:rsidRPr="0006063C" w:rsidSect="00034616">
      <w:headerReference w:type="default" r:id="rId23"/>
      <w:footerReference w:type="default" r:id="rId24"/>
      <w:pgSz w:w="16838" w:h="11906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A5A5A"/>
        <w:sz w:val="16"/>
      </w:rPr>
      <w:t xml:space="preserve">Специальность «Разработка программного обеспечения» · 2 курс · 2026 · стр. </w:t>
    </w:r>
    <w:fldSimple w:instr="PAGE">
      <w:r>
        <w:rPr>
          <w:rFonts w:ascii="Times New Roman" w:hAnsi="Times New Roman"/>
          <w:sz w:val="16"/>
          <w:color w:val="5A5A5A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464646"/>
        <w:sz w:val="16"/>
      </w:rPr>
      <w:t>МДК.01.01 «Разработка программных модулей» · 218 часов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eader" Target="header6.xml"/><Relationship Id="rId20" Type="http://schemas.openxmlformats.org/officeDocument/2006/relationships/footer" Target="footer6.xml"/><Relationship Id="rId21" Type="http://schemas.openxmlformats.org/officeDocument/2006/relationships/header" Target="header7.xml"/><Relationship Id="rId22" Type="http://schemas.openxmlformats.org/officeDocument/2006/relationships/footer" Target="footer7.xml"/><Relationship Id="rId23" Type="http://schemas.openxmlformats.org/officeDocument/2006/relationships/header" Target="header8.xml"/><Relationship Id="rId2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КТП МДК.01.01 «Разработка программных модулей»</dc:title>
  <dc:subject>2 курс, 218 часов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